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14:paraId="2E4AC31B" w14:textId="77777777">
        <w:trPr>
          <w:cantSplit/>
          <w:trHeight w:val="510"/>
        </w:trPr>
        <w:tc>
          <w:tcPr>
            <w:tcW w:w="1606" w:type="dxa"/>
            <w:vMerge w:val="restart"/>
            <w:vAlign w:val="center"/>
          </w:tcPr>
          <w:p w14:paraId="04EDC112" w14:textId="77777777" w:rsidR="0092490D" w:rsidRDefault="008D3852">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731520" cy="1060174"/>
                          </a:xfrm>
                          <a:prstGeom prst="rect"/>
                        </pic:spPr>
                      </pic:pic>
                    </a:graphicData>
                  </a:graphic>
                </wp:inline>
              </w:drawing>
            </w:r>
          </w:p>
        </w:tc>
        <w:tc>
          <w:tcPr>
            <w:tcW w:w="8030" w:type="dxa"/>
            <w:gridSpan w:val="3"/>
            <w:shd w:val="clear" w:color="auto" w:fill="F0F0F0"/>
          </w:tcPr>
          <w:p w14:paraId="30147D79" w14:textId="77777777" w:rsidR="0092490D" w:rsidRDefault="008D3852">
            <w:pPr>
              <w:keepNext/>
            </w:pPr>
            <w:r>
              <w:rPr>
                <w:b/>
                <w:color w:val="0D5F78"/>
              </w:rPr>
              <w:t>Județul</w:t>
            </w:r>
          </w:p>
          <w:p w14:paraId="1D1E4BB3" w14:textId="77777777" w:rsidR="0092490D" w:rsidRDefault="0092490D">
            <w:pPr>
              <w:keepNext/>
            </w:pPr>
            <w:r>
              <w:t>BUZĂU</w:t>
            </w:r>
          </w:p>
        </w:tc>
      </w:tr>
      <w:tr w:rsidR="0092490D" w14:paraId="355B8835" w14:textId="77777777">
        <w:trPr>
          <w:cantSplit/>
          <w:trHeight w:val="510"/>
        </w:trPr>
        <w:tc>
          <w:tcPr>
            <w:tcW w:w="1606" w:type="dxa"/>
            <w:vMerge/>
          </w:tcPr>
          <w:p w14:paraId="052BBBAD" w14:textId="77777777" w:rsidR="0092490D" w:rsidRDefault="0092490D"/>
        </w:tc>
        <w:tc>
          <w:tcPr>
            <w:tcW w:w="8030" w:type="dxa"/>
            <w:gridSpan w:val="3"/>
            <w:shd w:val="clear" w:color="auto" w:fill="F0F0F0"/>
          </w:tcPr>
          <w:p w14:paraId="79CB9FA8" w14:textId="77777777" w:rsidR="0092490D" w:rsidRDefault="008D3852">
            <w:pPr>
              <w:keepNext/>
            </w:pPr>
            <w:r>
              <w:t>PRIMĂRIA COMUNEI BERCA</w:t>
            </w:r>
          </w:p>
          <w:p w14:paraId="13B8D8A2" w14:textId="77777777" w:rsidR="0092490D" w:rsidRDefault="0092490D">
            <w:pPr>
              <w:keepNext/>
            </w:pPr>
          </w:p>
        </w:tc>
      </w:tr>
      <w:tr w:rsidR="0092490D" w14:paraId="2E99B7D8" w14:textId="77777777">
        <w:trPr>
          <w:cantSplit/>
          <w:trHeight w:val="510"/>
        </w:trPr>
        <w:tc>
          <w:tcPr>
            <w:tcW w:w="1606" w:type="dxa"/>
            <w:vMerge/>
          </w:tcPr>
          <w:p w14:paraId="13852C6D" w14:textId="77777777" w:rsidR="0092490D" w:rsidRDefault="0092490D"/>
        </w:tc>
        <w:tc>
          <w:tcPr>
            <w:tcW w:w="2409" w:type="dxa"/>
            <w:shd w:val="clear" w:color="auto" w:fill="F0F0F0"/>
          </w:tcPr>
          <w:p w14:paraId="77061CE6" w14:textId="77777777" w:rsidR="0092490D" w:rsidRPr="00990104" w:rsidRDefault="008D3852">
            <w:pPr>
              <w:keepNext/>
              <w:rPr>
                <w:lang w:val="fr-FR"/>
              </w:rPr>
            </w:pPr>
            <w:r w:rsidRPr="00990104">
              <w:rPr>
                <w:b/>
                <w:color w:val="0D5F78"/>
                <w:lang w:val="fr-FR"/>
              </w:rPr>
              <w:t xml:space="preserve">Cod de </w:t>
            </w:r>
            <w:proofErr w:type="spellStart"/>
            <w:r w:rsidRPr="00990104">
              <w:rPr>
                <w:b/>
                <w:color w:val="0D5F78"/>
                <w:lang w:val="fr-FR"/>
              </w:rPr>
              <w:t>identificare</w:t>
            </w:r>
            <w:proofErr w:type="spellEnd"/>
            <w:r w:rsidRPr="00990104">
              <w:rPr>
                <w:b/>
                <w:color w:val="0D5F78"/>
                <w:lang w:val="fr-FR"/>
              </w:rPr>
              <w:t xml:space="preserve"> </w:t>
            </w:r>
            <w:proofErr w:type="spellStart"/>
            <w:r w:rsidRPr="00990104">
              <w:rPr>
                <w:b/>
                <w:color w:val="0D5F78"/>
                <w:lang w:val="fr-FR"/>
              </w:rPr>
              <w:t>fiscală</w:t>
            </w:r>
            <w:proofErr w:type="spellEnd"/>
            <w:r w:rsidRPr="00990104">
              <w:rPr>
                <w:b/>
                <w:color w:val="0D5F78"/>
                <w:lang w:val="fr-FR"/>
              </w:rPr>
              <w:t xml:space="preserve"> (CIF)</w:t>
            </w:r>
          </w:p>
          <w:p w14:paraId="408F9273" w14:textId="77777777" w:rsidR="0092490D" w:rsidRPr="00990104" w:rsidRDefault="0092490D">
            <w:pPr>
              <w:keepNext/>
              <w:rPr>
                <w:lang w:val="fr-FR"/>
              </w:rPr>
            </w:pPr>
            <w:r>
              <w:t>3662665</w:t>
            </w:r>
          </w:p>
        </w:tc>
        <w:tc>
          <w:tcPr>
            <w:tcW w:w="5621" w:type="dxa"/>
            <w:gridSpan w:val="2"/>
            <w:shd w:val="clear" w:color="auto" w:fill="F0F0F0"/>
          </w:tcPr>
          <w:p w14:paraId="5EF21905" w14:textId="77777777" w:rsidR="0092490D" w:rsidRDefault="008D3852">
            <w:pPr>
              <w:keepNext/>
            </w:pPr>
            <w:r>
              <w:t>Adresa</w:t>
            </w:r>
          </w:p>
          <w:p w14:paraId="08B6CD74" w14:textId="77777777" w:rsidR="0092490D" w:rsidRDefault="008D3852">
            <w:pPr>
              <w:keepNext/>
            </w:pPr>
            <w:r>
              <w:t>Str. 1 Decembrie nr. 71, sat Berca, comuna Berca, județul Buzău, cod poștal 127035</w:t>
            </w:r>
          </w:p>
          <w:p w14:paraId="67F49F8C" w14:textId="77777777" w:rsidR="0092490D" w:rsidRDefault="0092490D">
            <w:pPr>
              <w:keepNext/>
            </w:pPr>
            <w:r>
              <w:t>Tel.: 0238 526 004; Fax: 0238 526 537; E-mail: primariaberca@gmail.com; Web: www.primariaberca.ro</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w:t>
            </w:r>
            <w:proofErr w:type="gramStart"/>
            <w:r w:rsidRPr="00990104">
              <w:rPr>
                <w:i/>
                <w:color w:val="595959"/>
                <w:lang w:val="fr-FR"/>
              </w:rPr>
              <w:t>se</w:t>
            </w:r>
            <w:proofErr w:type="gramEnd"/>
            <w:r w:rsidRPr="00990104">
              <w:rPr>
                <w:i/>
                <w:color w:val="595959"/>
                <w:lang w:val="fr-FR"/>
              </w:rPr>
              <w:t xml:space="preserv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73C8D889" w14:textId="77777777" w:rsidR="0092490D" w:rsidRPr="00990104" w:rsidRDefault="008D3852">
            <w:pPr>
              <w:keepNext/>
              <w:rPr>
                <w:lang w:val="fr-FR"/>
              </w:rPr>
            </w:pPr>
            <w:proofErr w:type="spellStart"/>
            <w:proofErr w:type="gramStart"/>
            <w:r w:rsidRPr="00990104">
              <w:rPr>
                <w:i/>
                <w:color w:val="7A7A7A"/>
                <w:lang w:val="fr-FR"/>
              </w:rPr>
              <w:t>primăria</w:t>
            </w:r>
            <w:proofErr w:type="spellEnd"/>
            <w:proofErr w:type="gram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7777777" w:rsidR="0092490D" w:rsidRPr="00990104" w:rsidRDefault="0092490D">
            <w:pPr>
              <w:keepNext/>
              <w:rPr>
                <w:lang w:val="fr-FR"/>
              </w:rPr>
            </w:pP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8"/>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9C9D1" w14:textId="77777777" w:rsidR="0039230D" w:rsidRDefault="0039230D">
      <w:r>
        <w:separator/>
      </w:r>
    </w:p>
  </w:endnote>
  <w:endnote w:type="continuationSeparator" w:id="0">
    <w:p w14:paraId="4356A3FB" w14:textId="77777777" w:rsidR="0039230D" w:rsidRDefault="00392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Subsol"/>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808FE" w14:textId="77777777" w:rsidR="0039230D" w:rsidRDefault="0039230D">
      <w:r>
        <w:separator/>
      </w:r>
    </w:p>
  </w:footnote>
  <w:footnote w:type="continuationSeparator" w:id="0">
    <w:p w14:paraId="58EC427D" w14:textId="77777777" w:rsidR="0039230D" w:rsidRDefault="00392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Antet"/>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799060329">
    <w:abstractNumId w:val="8"/>
  </w:num>
  <w:num w:numId="2" w16cid:durableId="625240747">
    <w:abstractNumId w:val="6"/>
  </w:num>
  <w:num w:numId="3" w16cid:durableId="1957247852">
    <w:abstractNumId w:val="5"/>
  </w:num>
  <w:num w:numId="4" w16cid:durableId="1674919766">
    <w:abstractNumId w:val="4"/>
  </w:num>
  <w:num w:numId="5" w16cid:durableId="1252859337">
    <w:abstractNumId w:val="7"/>
  </w:num>
  <w:num w:numId="6" w16cid:durableId="800466922">
    <w:abstractNumId w:val="3"/>
  </w:num>
  <w:num w:numId="7" w16cid:durableId="859978320">
    <w:abstractNumId w:val="2"/>
  </w:num>
  <w:num w:numId="8" w16cid:durableId="1959412462">
    <w:abstractNumId w:val="1"/>
  </w:num>
  <w:num w:numId="9" w16cid:durableId="1077824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2F"/>
    <w:rsid w:val="00034616"/>
    <w:rsid w:val="0006063C"/>
    <w:rsid w:val="00111A69"/>
    <w:rsid w:val="0015074B"/>
    <w:rsid w:val="0029639D"/>
    <w:rsid w:val="00326F90"/>
    <w:rsid w:val="0039230D"/>
    <w:rsid w:val="00606AAC"/>
    <w:rsid w:val="00627198"/>
    <w:rsid w:val="008D3852"/>
    <w:rsid w:val="0092490D"/>
    <w:rsid w:val="00975330"/>
    <w:rsid w:val="00990104"/>
    <w:rsid w:val="009944C0"/>
    <w:rsid w:val="00AA1D8D"/>
    <w:rsid w:val="00AB55EB"/>
    <w:rsid w:val="00B47730"/>
    <w:rsid w:val="00BC56AE"/>
    <w:rsid w:val="00CB0664"/>
    <w:rsid w:val="00D52CF1"/>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Dodan</dc:creator>
  <cp:keywords/>
  <cp:lastModifiedBy>Cons3</cp:lastModifiedBy>
  <cp:revision>2</cp:revision>
  <dcterms:created xsi:type="dcterms:W3CDTF">2026-10-06T16:59:00Z</dcterms:created>
  <dcterms:modified xsi:type="dcterms:W3CDTF">2026-10-06T16:59:00Z</dcterms:modified>
  <cp:category/>
</cp:coreProperties>
</file>