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846492" w14:paraId="6B47D613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321443D" w14:textId="77777777" w:rsidR="00846492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E439CB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E02068" w14:textId="77777777" w:rsidR="00846492" w:rsidRDefault="00846492">
            <w:pPr>
              <w:keepNext/>
            </w:pPr>
            <w:r>
              <w:t>BUZĂU</w:t>
            </w:r>
          </w:p>
        </w:tc>
      </w:tr>
      <w:tr w:rsidR="00846492" w14:paraId="2A035372" w14:textId="77777777">
        <w:trPr>
          <w:cantSplit/>
          <w:trHeight w:val="510"/>
        </w:trPr>
        <w:tc>
          <w:tcPr>
            <w:tcW w:w="1606" w:type="dxa"/>
            <w:vMerge/>
          </w:tcPr>
          <w:p w14:paraId="3DEC7BC2" w14:textId="77777777" w:rsidR="00846492" w:rsidRDefault="00846492"/>
        </w:tc>
        <w:tc>
          <w:tcPr>
            <w:tcW w:w="8030" w:type="dxa"/>
            <w:gridSpan w:val="3"/>
            <w:shd w:val="clear" w:color="auto" w:fill="F0F0F0"/>
          </w:tcPr>
          <w:p w14:paraId="34549EC3" w14:textId="77777777" w:rsidR="00846492" w:rsidRDefault="00000000">
            <w:pPr>
              <w:keepNext/>
            </w:pPr>
            <w:r>
              <w:t>PRIMĂRIA COMUNEI BERCA</w:t>
            </w:r>
          </w:p>
          <w:p w14:paraId="2D5B7E26" w14:textId="77777777" w:rsidR="00846492" w:rsidRDefault="00846492">
            <w:pPr>
              <w:keepNext/>
            </w:pPr>
          </w:p>
        </w:tc>
      </w:tr>
      <w:tr w:rsidR="00846492" w14:paraId="1B600119" w14:textId="77777777">
        <w:trPr>
          <w:cantSplit/>
          <w:trHeight w:val="510"/>
        </w:trPr>
        <w:tc>
          <w:tcPr>
            <w:tcW w:w="1606" w:type="dxa"/>
            <w:vMerge/>
          </w:tcPr>
          <w:p w14:paraId="5CA4F582" w14:textId="77777777" w:rsidR="00846492" w:rsidRDefault="00846492"/>
        </w:tc>
        <w:tc>
          <w:tcPr>
            <w:tcW w:w="2409" w:type="dxa"/>
            <w:shd w:val="clear" w:color="auto" w:fill="F0F0F0"/>
          </w:tcPr>
          <w:p w14:paraId="3F6B65C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(CIF)</w:t>
            </w:r>
          </w:p>
          <w:p w14:paraId="162D40B1" w14:textId="77777777" w:rsidR="00846492" w:rsidRPr="00AD1D4A" w:rsidRDefault="00846492">
            <w:pPr>
              <w:keepNext/>
              <w:rPr>
                <w:lang w:val="fr-FR"/>
              </w:rPr>
            </w:pPr>
            <w:r>
              <w:t>3662665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1178A42" w14:textId="77777777" w:rsidR="00846492" w:rsidRDefault="00000000">
            <w:pPr>
              <w:keepNext/>
            </w:pPr>
            <w:r>
              <w:t>Adresa</w:t>
            </w:r>
          </w:p>
          <w:p w14:paraId="5F1FFC83" w14:textId="77777777" w:rsidR="00846492" w:rsidRDefault="00000000">
            <w:pPr>
              <w:keepNext/>
            </w:pPr>
            <w:r>
              <w:t>Str. 1 Decembrie nr. 71, sat Berca, comuna Berca, județul Buzău, cod poștal 127035</w:t>
            </w:r>
          </w:p>
          <w:p w14:paraId="69271510" w14:textId="77777777" w:rsidR="00846492" w:rsidRDefault="00846492">
            <w:pPr>
              <w:keepNext/>
            </w:pPr>
            <w:r>
              <w:t>Tel.: 0238 526 004; Fax: 0238 526 537; E-mail: primariaberca@gmail.com; Web: www.primariaberca.ro</w:t>
            </w:r>
          </w:p>
        </w:tc>
      </w:tr>
      <w:tr w:rsidR="00846492" w14:paraId="394B77A6" w14:textId="77777777">
        <w:trPr>
          <w:cantSplit/>
          <w:trHeight w:val="510"/>
        </w:trPr>
        <w:tc>
          <w:tcPr>
            <w:tcW w:w="1606" w:type="dxa"/>
            <w:vMerge/>
          </w:tcPr>
          <w:p w14:paraId="4D16E057" w14:textId="77777777" w:rsidR="00846492" w:rsidRDefault="00846492"/>
        </w:tc>
        <w:tc>
          <w:tcPr>
            <w:tcW w:w="4818" w:type="dxa"/>
            <w:gridSpan w:val="2"/>
            <w:shd w:val="clear" w:color="auto" w:fill="F0F0F0"/>
          </w:tcPr>
          <w:p w14:paraId="01A955A8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847BEA9" w14:textId="77777777" w:rsidR="00846492" w:rsidRDefault="0084649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36A2ED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B92C991" w14:textId="77777777" w:rsidR="00846492" w:rsidRDefault="00846492">
            <w:pPr>
              <w:keepNext/>
            </w:pPr>
          </w:p>
        </w:tc>
      </w:tr>
      <w:tr w:rsidR="00846492" w:rsidRPr="003869B3" w14:paraId="0BAF92F0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F39E915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AD1D4A">
              <w:rPr>
                <w:i/>
                <w:color w:val="595959"/>
                <w:lang w:val="fr-FR"/>
              </w:rPr>
              <w:t>se</w:t>
            </w:r>
            <w:proofErr w:type="gram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scrie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în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69A4BF87" w14:textId="77777777" w:rsidR="00846492" w:rsidRPr="00AD1D4A" w:rsidRDefault="00846492">
      <w:pPr>
        <w:spacing w:line="168" w:lineRule="auto"/>
        <w:rPr>
          <w:lang w:val="fr-FR"/>
        </w:rPr>
      </w:pPr>
    </w:p>
    <w:p w14:paraId="70547CAD" w14:textId="77777777" w:rsidR="00846492" w:rsidRPr="00932ED5" w:rsidRDefault="00000000">
      <w:pPr>
        <w:spacing w:before="140" w:after="40"/>
        <w:jc w:val="center"/>
        <w:rPr>
          <w:sz w:val="28"/>
          <w:szCs w:val="28"/>
        </w:rPr>
      </w:pPr>
      <w:r w:rsidRPr="00932ED5">
        <w:rPr>
          <w:b/>
          <w:sz w:val="28"/>
          <w:szCs w:val="28"/>
        </w:rPr>
        <w:t>NOTIFICARE</w:t>
      </w:r>
    </w:p>
    <w:p w14:paraId="51E10078" w14:textId="77777777" w:rsidR="00846492" w:rsidRDefault="0084649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38BA77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DBEFCF" w14:textId="77777777" w:rsidR="0084649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846492" w:rsidRPr="003869B3" w14:paraId="27F279BA" w14:textId="77777777">
        <w:trPr>
          <w:cantSplit/>
          <w:trHeight w:val="510"/>
        </w:trPr>
        <w:tc>
          <w:tcPr>
            <w:tcW w:w="9636" w:type="dxa"/>
          </w:tcPr>
          <w:p w14:paraId="4FA4AD8A" w14:textId="77777777" w:rsidR="00846492" w:rsidRPr="00AD1D4A" w:rsidRDefault="00000000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7BA26637" w14:textId="77777777" w:rsidR="00846492" w:rsidRPr="00AD1D4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D1D4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AD1D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sector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20383914" w14:textId="77777777" w:rsidR="00846492" w:rsidRPr="00AD1D4A" w:rsidRDefault="00846492">
            <w:pPr>
              <w:keepNext/>
              <w:rPr>
                <w:lang w:val="fr-FR"/>
              </w:rPr>
            </w:pPr>
          </w:p>
        </w:tc>
      </w:tr>
      <w:tr w:rsidR="00846492" w:rsidRPr="003869B3" w14:paraId="28848CD0" w14:textId="77777777">
        <w:trPr>
          <w:cantSplit/>
        </w:trPr>
        <w:tc>
          <w:tcPr>
            <w:tcW w:w="9636" w:type="dxa"/>
            <w:shd w:val="clear" w:color="auto" w:fill="F4F4F4"/>
          </w:tcPr>
          <w:p w14:paraId="1C3496A9" w14:textId="77777777" w:rsidR="00846492" w:rsidRPr="00AD1D4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AD1D4A">
              <w:rPr>
                <w:lang w:val="fr-FR"/>
              </w:rPr>
              <w:t>Cererea</w:t>
            </w:r>
            <w:proofErr w:type="spellEnd"/>
            <w:r w:rsidRPr="00AD1D4A">
              <w:rPr>
                <w:lang w:val="fr-FR"/>
              </w:rPr>
              <w:t xml:space="preserve"> va fi </w:t>
            </w:r>
            <w:proofErr w:type="spellStart"/>
            <w:r w:rsidRPr="00AD1D4A">
              <w:rPr>
                <w:lang w:val="fr-FR"/>
              </w:rPr>
              <w:t>transmisă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către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președintele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consiliului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județean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general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de </w:t>
            </w:r>
            <w:proofErr w:type="spellStart"/>
            <w:r w:rsidRPr="00AD1D4A">
              <w:rPr>
                <w:lang w:val="fr-FR"/>
              </w:rPr>
              <w:t>sector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sau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municipiului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orașului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comunei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după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caz</w:t>
            </w:r>
            <w:proofErr w:type="spellEnd"/>
            <w:r w:rsidRPr="00AD1D4A">
              <w:rPr>
                <w:lang w:val="fr-FR"/>
              </w:rPr>
              <w:t>.</w:t>
            </w:r>
          </w:p>
        </w:tc>
      </w:tr>
    </w:tbl>
    <w:p w14:paraId="001AE2F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846492" w14:paraId="7DF841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2825B60" w14:textId="77777777" w:rsidR="00846492" w:rsidRDefault="0000000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46492" w14:paraId="7E6A7A49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7F3BD42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CB056C9" w14:textId="77777777" w:rsidR="00846492" w:rsidRDefault="00846492">
            <w:pPr>
              <w:keepNext/>
            </w:pPr>
          </w:p>
        </w:tc>
        <w:tc>
          <w:tcPr>
            <w:tcW w:w="4015" w:type="dxa"/>
            <w:gridSpan w:val="3"/>
          </w:tcPr>
          <w:p w14:paraId="33FE0D46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4500F5F" w14:textId="77777777" w:rsidR="00846492" w:rsidRDefault="00846492">
            <w:pPr>
              <w:keepNext/>
            </w:pPr>
          </w:p>
        </w:tc>
      </w:tr>
      <w:tr w:rsidR="00846492" w14:paraId="65BEB29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E24D5C" w14:textId="77777777" w:rsidR="00846492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846492" w14:paraId="3F106F45" w14:textId="77777777">
        <w:trPr>
          <w:cantSplit/>
          <w:trHeight w:val="510"/>
        </w:trPr>
        <w:tc>
          <w:tcPr>
            <w:tcW w:w="1606" w:type="dxa"/>
          </w:tcPr>
          <w:p w14:paraId="5FD62179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4CEF7E6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0308FD56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AEB8A5C" w14:textId="77777777" w:rsidR="00846492" w:rsidRDefault="00846492">
            <w:pPr>
              <w:keepNext/>
            </w:pPr>
          </w:p>
        </w:tc>
        <w:tc>
          <w:tcPr>
            <w:tcW w:w="4818" w:type="dxa"/>
            <w:gridSpan w:val="5"/>
          </w:tcPr>
          <w:p w14:paraId="0927B528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35D7FCF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44FD134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BDA4185" w14:textId="77777777" w:rsidR="00846492" w:rsidRDefault="00846492">
            <w:pPr>
              <w:keepNext/>
            </w:pPr>
          </w:p>
        </w:tc>
      </w:tr>
      <w:tr w:rsidR="00846492" w14:paraId="5C5C588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898FBE" w14:textId="77777777" w:rsidR="00846492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46492" w14:paraId="3CD32D4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DBCC0C1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D3B8F2C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4"/>
          </w:tcPr>
          <w:p w14:paraId="60F0436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C56BE00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2"/>
          </w:tcPr>
          <w:p w14:paraId="26C4024F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899515D" w14:textId="77777777" w:rsidR="00846492" w:rsidRDefault="00846492">
            <w:pPr>
              <w:keepNext/>
            </w:pPr>
          </w:p>
        </w:tc>
      </w:tr>
      <w:tr w:rsidR="00846492" w14:paraId="2A8317D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C7C19F7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FFCDC2B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7297236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B351E33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FD45BFA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0D94A4F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B046CE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38ABA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457DE39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991DEB2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3C191247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8DF0FCD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106DF56E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56D3B26" w14:textId="77777777" w:rsidR="00846492" w:rsidRDefault="00846492">
            <w:pPr>
              <w:keepNext/>
            </w:pPr>
          </w:p>
        </w:tc>
      </w:tr>
      <w:tr w:rsidR="00846492" w14:paraId="23177AC9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376B2E" w14:textId="77777777" w:rsidR="0084649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46492" w14:paraId="4FED465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56CE37E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0438351" w14:textId="77777777" w:rsidR="00846492" w:rsidRDefault="00846492">
            <w:pPr>
              <w:keepNext/>
            </w:pPr>
          </w:p>
        </w:tc>
        <w:tc>
          <w:tcPr>
            <w:tcW w:w="5621" w:type="dxa"/>
            <w:gridSpan w:val="5"/>
          </w:tcPr>
          <w:p w14:paraId="7911919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20A4B08" w14:textId="77777777" w:rsidR="00846492" w:rsidRDefault="00846492">
            <w:pPr>
              <w:keepNext/>
            </w:pPr>
          </w:p>
        </w:tc>
      </w:tr>
      <w:tr w:rsidR="00846492" w:rsidRPr="003869B3" w14:paraId="02C440B7" w14:textId="77777777">
        <w:trPr>
          <w:cantSplit/>
        </w:trPr>
        <w:tc>
          <w:tcPr>
            <w:tcW w:w="9636" w:type="dxa"/>
            <w:gridSpan w:val="8"/>
          </w:tcPr>
          <w:p w14:paraId="5CB0B95E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titular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dreptului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proprietate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împuternicit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3DF35FB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1606"/>
        <w:gridCol w:w="1606"/>
      </w:tblGrid>
      <w:tr w:rsidR="00AD1D4A" w14:paraId="5929B42D" w14:textId="77777777" w:rsidTr="00F80068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23E58B" w14:textId="77777777" w:rsidR="00AD1D4A" w:rsidRDefault="00AD1D4A" w:rsidP="00F80068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1D4A" w14:paraId="5039B336" w14:textId="77777777" w:rsidTr="00F80068">
        <w:trPr>
          <w:cantSplit/>
          <w:trHeight w:val="510"/>
        </w:trPr>
        <w:tc>
          <w:tcPr>
            <w:tcW w:w="4818" w:type="dxa"/>
          </w:tcPr>
          <w:p w14:paraId="2FF2026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Localizare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adresă</w:t>
            </w:r>
            <w:proofErr w:type="spellEnd"/>
          </w:p>
          <w:p w14:paraId="72532FD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7C5F1FB2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>Nr. cadastral</w:t>
            </w:r>
          </w:p>
          <w:p w14:paraId="684FF2B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E1F247B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6BC75FE4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AB6AC8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mp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2D05BD3E" w14:textId="77777777" w:rsidR="00AD1D4A" w:rsidRDefault="00AD1D4A" w:rsidP="00F80068">
            <w:pPr>
              <w:keepNext/>
            </w:pPr>
          </w:p>
        </w:tc>
      </w:tr>
      <w:tr w:rsidR="00AD1D4A" w14:paraId="3339180E" w14:textId="77777777" w:rsidTr="00F80068">
        <w:trPr>
          <w:cantSplit/>
        </w:trPr>
        <w:tc>
          <w:tcPr>
            <w:tcW w:w="9636" w:type="dxa"/>
            <w:gridSpan w:val="4"/>
          </w:tcPr>
          <w:p w14:paraId="509D0797" w14:textId="77777777" w:rsidR="00AD1D4A" w:rsidRDefault="00AD1D4A" w:rsidP="00F80068">
            <w:pPr>
              <w:keepNext/>
            </w:pPr>
            <w:r>
              <w:rPr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rural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urban</w:t>
            </w:r>
          </w:p>
        </w:tc>
      </w:tr>
      <w:tr w:rsidR="00AD1D4A" w:rsidRPr="003869B3" w14:paraId="69FFC6D8" w14:textId="77777777" w:rsidTr="00F80068">
        <w:trPr>
          <w:cantSplit/>
        </w:trPr>
        <w:tc>
          <w:tcPr>
            <w:tcW w:w="9636" w:type="dxa"/>
            <w:gridSpan w:val="4"/>
          </w:tcPr>
          <w:p w14:paraId="305C8FA7" w14:textId="77777777" w:rsidR="00AD1D4A" w:rsidRPr="00AD1D4A" w:rsidRDefault="00AD1D4A" w:rsidP="00F80068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localitate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rurală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metropolitană</w:t>
            </w:r>
            <w:proofErr w:type="spellEnd"/>
            <w:r w:rsidRPr="00AD1D4A">
              <w:rPr>
                <w:sz w:val="16"/>
                <w:lang w:val="fr-FR"/>
              </w:rPr>
              <w:t>:</w:t>
            </w:r>
            <w:proofErr w:type="gramEnd"/>
            <w:r w:rsidRPr="00AD1D4A">
              <w:rPr>
                <w:sz w:val="16"/>
                <w:lang w:val="fr-FR"/>
              </w:rPr>
              <w:t xml:space="preserve"> DA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NU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neaplicabil</w:t>
            </w:r>
            <w:proofErr w:type="spellEnd"/>
          </w:p>
        </w:tc>
      </w:tr>
      <w:tr w:rsidR="00AD1D4A" w:rsidRPr="003869B3" w14:paraId="042EFAE0" w14:textId="77777777" w:rsidTr="00F80068">
        <w:trPr>
          <w:cantSplit/>
          <w:trHeight w:val="510"/>
        </w:trPr>
        <w:tc>
          <w:tcPr>
            <w:tcW w:w="9636" w:type="dxa"/>
            <w:gridSpan w:val="4"/>
          </w:tcPr>
          <w:p w14:paraId="147C29C2" w14:textId="77777777" w:rsidR="00AD1D4A" w:rsidRPr="00AD1D4A" w:rsidRDefault="00AD1D4A" w:rsidP="00F80068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/ UTR /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reglementarea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7A5AB06B" w14:textId="77777777" w:rsidR="00AD1D4A" w:rsidRPr="00AD1D4A" w:rsidRDefault="00AD1D4A" w:rsidP="00F80068">
            <w:pPr>
              <w:keepNext/>
              <w:rPr>
                <w:lang w:val="fr-FR"/>
              </w:rPr>
            </w:pPr>
          </w:p>
        </w:tc>
      </w:tr>
      <w:tr w:rsidR="00AD1D4A" w14:paraId="29E39CB8" w14:textId="77777777" w:rsidTr="00F80068">
        <w:trPr>
          <w:cantSplit/>
        </w:trPr>
        <w:tc>
          <w:tcPr>
            <w:tcW w:w="9636" w:type="dxa"/>
            <w:gridSpan w:val="4"/>
          </w:tcPr>
          <w:p w14:paraId="195B1C8C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afara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</w:p>
          <w:p w14:paraId="5762F10A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construită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protejată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monumentului</w:t>
            </w:r>
            <w:proofErr w:type="spellEnd"/>
          </w:p>
          <w:p w14:paraId="09C5DFBB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curs de </w:t>
            </w:r>
            <w:proofErr w:type="spellStart"/>
            <w:r>
              <w:rPr>
                <w:sz w:val="16"/>
              </w:rPr>
              <w:t>clasare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valoare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arhitecturală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istorică</w:t>
            </w:r>
            <w:proofErr w:type="spellEnd"/>
          </w:p>
          <w:p w14:paraId="0724CD46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regim</w:t>
            </w:r>
            <w:proofErr w:type="spellEnd"/>
            <w:r>
              <w:rPr>
                <w:sz w:val="16"/>
              </w:rPr>
              <w:t xml:space="preserve"> special</w:t>
            </w:r>
          </w:p>
        </w:tc>
      </w:tr>
    </w:tbl>
    <w:p w14:paraId="49B46F46" w14:textId="7F20C751" w:rsidR="00AD1D4A" w:rsidRDefault="00AD1D4A">
      <w:pPr>
        <w:spacing w:before="80" w:after="60"/>
        <w:jc w:val="center"/>
        <w:rPr>
          <w:sz w:val="18"/>
        </w:rPr>
      </w:pPr>
      <w:proofErr w:type="spellStart"/>
      <w:r w:rsidRPr="00AD1D4A">
        <w:rPr>
          <w:sz w:val="18"/>
        </w:rPr>
        <w:t>în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temeiul</w:t>
      </w:r>
      <w:proofErr w:type="spellEnd"/>
      <w:r w:rsidRPr="00AD1D4A">
        <w:rPr>
          <w:sz w:val="18"/>
        </w:rPr>
        <w:t xml:space="preserve"> art. 294–298 </w:t>
      </w:r>
      <w:r>
        <w:rPr>
          <w:sz w:val="18"/>
        </w:rPr>
        <w:t xml:space="preserve">din </w:t>
      </w:r>
      <w:r w:rsidRPr="00AD1D4A">
        <w:rPr>
          <w:sz w:val="18"/>
        </w:rPr>
        <w:t>Leg</w:t>
      </w:r>
      <w:r>
        <w:rPr>
          <w:sz w:val="18"/>
        </w:rPr>
        <w:t xml:space="preserve">ea </w:t>
      </w:r>
      <w:r w:rsidRPr="00AD1D4A">
        <w:rPr>
          <w:sz w:val="18"/>
        </w:rPr>
        <w:t xml:space="preserve">nr. 169/2026 </w:t>
      </w:r>
      <w:proofErr w:type="spellStart"/>
      <w:r w:rsidRPr="00AD1D4A">
        <w:rPr>
          <w:sz w:val="18"/>
        </w:rPr>
        <w:t>privind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Codul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amenajării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teritoriului</w:t>
      </w:r>
      <w:proofErr w:type="spellEnd"/>
      <w:r w:rsidRPr="00AD1D4A">
        <w:rPr>
          <w:sz w:val="18"/>
        </w:rPr>
        <w:t xml:space="preserve">, </w:t>
      </w:r>
      <w:proofErr w:type="spellStart"/>
      <w:r w:rsidRPr="00AD1D4A">
        <w:rPr>
          <w:sz w:val="18"/>
        </w:rPr>
        <w:t>urbanismului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și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construcțiilor</w:t>
      </w:r>
      <w:proofErr w:type="spellEnd"/>
      <w:r w:rsidRPr="00AD1D4A">
        <w:rPr>
          <w:sz w:val="18"/>
        </w:rPr>
        <w:t>,</w:t>
      </w:r>
    </w:p>
    <w:p w14:paraId="0CB86961" w14:textId="77777777" w:rsidR="00D2019F" w:rsidRDefault="00000000" w:rsidP="007C5D68">
      <w:pPr>
        <w:spacing w:before="80" w:after="60"/>
        <w:jc w:val="center"/>
        <w:rPr>
          <w:sz w:val="18"/>
        </w:rPr>
      </w:pPr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notific</w:t>
      </w:r>
      <w:proofErr w:type="spellEnd"/>
      <w:r w:rsidRPr="00AD1D4A">
        <w:rPr>
          <w:sz w:val="18"/>
        </w:rPr>
        <w:t xml:space="preserve"> </w:t>
      </w:r>
    </w:p>
    <w:p w14:paraId="3836DA1E" w14:textId="278B64AA" w:rsidR="00846492" w:rsidRDefault="00846492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CC11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B5A71CA" w14:textId="4F17B5DB" w:rsidR="00846492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 w:rsidR="00932ED5">
              <w:rPr>
                <w:b/>
                <w:sz w:val="16"/>
              </w:rPr>
              <w:t xml:space="preserve">EXECUTAREA URMĂTOARELOR </w:t>
            </w:r>
            <w:r>
              <w:rPr>
                <w:b/>
                <w:color w:val="000000"/>
                <w:sz w:val="18"/>
              </w:rPr>
              <w:t>LUCRĂRI</w:t>
            </w:r>
          </w:p>
        </w:tc>
      </w:tr>
      <w:tr w:rsidR="00846492" w14:paraId="56D845C5" w14:textId="77777777">
        <w:trPr>
          <w:cantSplit/>
        </w:trPr>
        <w:tc>
          <w:tcPr>
            <w:tcW w:w="9636" w:type="dxa"/>
            <w:shd w:val="clear" w:color="auto" w:fill="F4F4F4"/>
          </w:tcPr>
          <w:p w14:paraId="7AC446AD" w14:textId="02FE3DFF" w:rsidR="00846492" w:rsidRDefault="00000000">
            <w:pPr>
              <w:keepNext/>
            </w:pPr>
            <w:r>
              <w:rPr>
                <w:sz w:val="16"/>
              </w:rPr>
              <w:t xml:space="preserve"> A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</w:t>
            </w:r>
            <w:proofErr w:type="spellEnd"/>
            <w:r>
              <w:rPr>
                <w:sz w:val="16"/>
              </w:rPr>
              <w:t xml:space="preserve"> rural,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</w:t>
            </w:r>
            <w:r w:rsidR="007C5D68">
              <w:rPr>
                <w:sz w:val="16"/>
              </w:rPr>
              <w:t>n</w:t>
            </w:r>
            <w:proofErr w:type="spellEnd"/>
            <w:r w:rsidR="007C5D68">
              <w:rPr>
                <w:sz w:val="16"/>
              </w:rPr>
              <w:t xml:space="preserve">, din </w:t>
            </w:r>
            <w:proofErr w:type="spellStart"/>
            <w:r w:rsidR="007C5D68">
              <w:rPr>
                <w:sz w:val="16"/>
              </w:rPr>
              <w:t>categoria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celor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prevăzute</w:t>
            </w:r>
            <w:proofErr w:type="spellEnd"/>
            <w:r w:rsidR="007C5D68">
              <w:rPr>
                <w:sz w:val="16"/>
              </w:rPr>
              <w:t xml:space="preserve"> la </w:t>
            </w:r>
            <w:r>
              <w:rPr>
                <w:sz w:val="16"/>
              </w:rPr>
              <w:t xml:space="preserve">art. 294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>. (2) lit. a)</w:t>
            </w:r>
            <w:r w:rsidR="007C5D68">
              <w:rPr>
                <w:sz w:val="16"/>
              </w:rPr>
              <w:t xml:space="preserve"> din Legea nr. 169/2026</w:t>
            </w:r>
          </w:p>
        </w:tc>
      </w:tr>
      <w:tr w:rsidR="00846492" w:rsidRPr="003869B3" w14:paraId="7CDD9B28" w14:textId="77777777">
        <w:trPr>
          <w:cantSplit/>
        </w:trPr>
        <w:tc>
          <w:tcPr>
            <w:tcW w:w="9636" w:type="dxa"/>
          </w:tcPr>
          <w:p w14:paraId="41F97833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A.1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noi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locuinței</w:t>
            </w:r>
            <w:proofErr w:type="spellEnd"/>
            <w:r w:rsidRPr="00AD1D4A">
              <w:rPr>
                <w:sz w:val="16"/>
                <w:lang w:val="fr-FR"/>
              </w:rPr>
              <w:t xml:space="preserve"> unifamiliale (</w:t>
            </w:r>
            <w:proofErr w:type="spellStart"/>
            <w:r w:rsidRPr="00AD1D4A">
              <w:rPr>
                <w:sz w:val="16"/>
                <w:lang w:val="fr-FR"/>
              </w:rPr>
              <w:t>garaje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pergole</w:t>
            </w:r>
            <w:proofErr w:type="spellEnd"/>
            <w:r w:rsidRPr="00AD1D4A">
              <w:rPr>
                <w:sz w:val="16"/>
                <w:lang w:val="fr-FR"/>
              </w:rPr>
              <w:t>, piscine…)</w:t>
            </w:r>
          </w:p>
          <w:p w14:paraId="1A850A01" w14:textId="5FFFDA1D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A.2 o </w:t>
            </w:r>
            <w:proofErr w:type="spellStart"/>
            <w:r w:rsidRPr="00AD1D4A">
              <w:rPr>
                <w:sz w:val="16"/>
                <w:lang w:val="fr-FR"/>
              </w:rPr>
              <w:t>singură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unifamilială</w:t>
            </w:r>
            <w:proofErr w:type="spellEnd"/>
            <w:r w:rsidRPr="00AD1D4A">
              <w:rPr>
                <w:sz w:val="16"/>
                <w:lang w:val="fr-FR"/>
              </w:rPr>
              <w:t xml:space="preserve"> (P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D+P, max. 150 </w:t>
            </w:r>
            <w:proofErr w:type="spellStart"/>
            <w:r w:rsidRPr="00AD1D4A">
              <w:rPr>
                <w:sz w:val="16"/>
                <w:lang w:val="fr-FR"/>
              </w:rPr>
              <w:t>mp</w:t>
            </w:r>
            <w:proofErr w:type="spellEnd"/>
            <w:r w:rsidR="00D2019F">
              <w:rPr>
                <w:sz w:val="16"/>
                <w:lang w:val="fr-FR"/>
              </w:rPr>
              <w:t xml:space="preserve">) :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bază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proiect</w:t>
            </w:r>
            <w:proofErr w:type="spellEnd"/>
            <w:r w:rsidR="007F39C2">
              <w:rPr>
                <w:sz w:val="16"/>
                <w:lang w:val="fr-FR"/>
              </w:rPr>
              <w:t xml:space="preserve"> </w:t>
            </w:r>
            <w:r w:rsidR="00D2019F">
              <w:rPr>
                <w:sz w:val="16"/>
                <w:lang w:val="fr-FR"/>
              </w:rPr>
              <w:t xml:space="preserve"> /</w:t>
            </w:r>
            <w:proofErr w:type="gramEnd"/>
            <w:r w:rsidR="00D2019F">
              <w:rPr>
                <w:sz w:val="16"/>
                <w:lang w:val="fr-FR"/>
              </w:rPr>
              <w:t xml:space="preserve">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pe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bază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D2019F" w:rsidRPr="00AD1D4A">
              <w:rPr>
                <w:sz w:val="16"/>
                <w:lang w:val="fr-FR"/>
              </w:rPr>
              <w:t>proiect</w:t>
            </w:r>
            <w:proofErr w:type="spellEnd"/>
            <w:r w:rsidR="00D2019F">
              <w:rPr>
                <w:sz w:val="16"/>
                <w:lang w:val="fr-FR"/>
              </w:rPr>
              <w:t>-tip</w:t>
            </w:r>
          </w:p>
        </w:tc>
      </w:tr>
      <w:tr w:rsidR="00846492" w14:paraId="0B8A69FC" w14:textId="77777777">
        <w:trPr>
          <w:cantSplit/>
        </w:trPr>
        <w:tc>
          <w:tcPr>
            <w:tcW w:w="9636" w:type="dxa"/>
            <w:shd w:val="clear" w:color="auto" w:fill="F4F4F4"/>
          </w:tcPr>
          <w:p w14:paraId="5C9642B8" w14:textId="79EAAD23" w:rsidR="00846492" w:rsidRDefault="00000000">
            <w:pPr>
              <w:keepNext/>
            </w:pPr>
            <w:r w:rsidRPr="00AD1D4A">
              <w:rPr>
                <w:sz w:val="16"/>
                <w:lang w:val="fr-FR"/>
              </w:rPr>
              <w:t xml:space="preserve"> B · </w:t>
            </w:r>
            <w:proofErr w:type="spellStart"/>
            <w:r w:rsidRPr="00AD1D4A">
              <w:rPr>
                <w:sz w:val="16"/>
                <w:lang w:val="fr-FR"/>
              </w:rPr>
              <w:t>Intervenții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  <w:r w:rsidRPr="00AD1D4A">
              <w:rPr>
                <w:sz w:val="16"/>
                <w:lang w:val="fr-FR"/>
              </w:rPr>
              <w:t xml:space="preserve"> —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 art. 294 </w:t>
            </w:r>
            <w:proofErr w:type="spellStart"/>
            <w:r w:rsidR="007C5D68" w:rsidRPr="007C5D68">
              <w:rPr>
                <w:sz w:val="16"/>
                <w:lang w:val="fr-FR"/>
              </w:rPr>
              <w:t>alin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. </w:t>
            </w:r>
            <w:r w:rsidR="007C5D68">
              <w:rPr>
                <w:sz w:val="16"/>
              </w:rPr>
              <w:t>(2) lit. b) din Legea nr. 169/2026</w:t>
            </w:r>
          </w:p>
        </w:tc>
      </w:tr>
    </w:tbl>
    <w:p w14:paraId="2E89E498" w14:textId="77777777" w:rsidR="007C5D68" w:rsidRDefault="007C5D68">
      <w:pPr>
        <w:keepNext/>
        <w:rPr>
          <w:sz w:val="16"/>
        </w:rPr>
        <w:sectPr w:rsidR="007C5D68" w:rsidSect="007C5D68">
          <w:footerReference w:type="default" r:id="rId8"/>
          <w:headerReference w:type="first" r:id="rId9"/>
          <w:footerReference w:type="first" r:id="rId10"/>
          <w:pgSz w:w="11906" w:h="16838"/>
          <w:pgMar w:top="567" w:right="1134" w:bottom="454" w:left="1134" w:header="720" w:footer="227" w:gutter="0"/>
          <w:cols w:space="720"/>
          <w:titlePg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32131E" w14:textId="77777777">
        <w:trPr>
          <w:cantSplit/>
        </w:trPr>
        <w:tc>
          <w:tcPr>
            <w:tcW w:w="9636" w:type="dxa"/>
          </w:tcPr>
          <w:p w14:paraId="5810938E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B.1 </w:t>
            </w:r>
            <w:proofErr w:type="spellStart"/>
            <w:r>
              <w:rPr>
                <w:sz w:val="16"/>
              </w:rPr>
              <w:t>împrejmuiri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</w:p>
          <w:p w14:paraId="0EF99278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B.2 </w:t>
            </w:r>
            <w:proofErr w:type="spellStart"/>
            <w:r>
              <w:rPr>
                <w:sz w:val="16"/>
              </w:rPr>
              <w:t>înlocuire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reconfigurare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acoperiș</w:t>
            </w:r>
            <w:proofErr w:type="spellEnd"/>
          </w:p>
          <w:p w14:paraId="1774BDF1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B.3 </w:t>
            </w:r>
            <w:proofErr w:type="spellStart"/>
            <w:r>
              <w:rPr>
                <w:sz w:val="16"/>
              </w:rPr>
              <w:t>amenajare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mansardă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pod existent</w:t>
            </w:r>
          </w:p>
          <w:p w14:paraId="74A790C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B.4 </w:t>
            </w:r>
            <w:proofErr w:type="spellStart"/>
            <w:r w:rsidRPr="00AD1D4A">
              <w:rPr>
                <w:sz w:val="16"/>
                <w:lang w:val="fr-FR"/>
              </w:rPr>
              <w:t>renovare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extindere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bucătărie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baie;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închidere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logii</w:t>
            </w:r>
            <w:proofErr w:type="spellEnd"/>
          </w:p>
          <w:p w14:paraId="5B6B08E6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B.5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</w:p>
          <w:p w14:paraId="34414648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B.6 </w:t>
            </w:r>
            <w:proofErr w:type="spellStart"/>
            <w:r>
              <w:rPr>
                <w:sz w:val="16"/>
              </w:rPr>
              <w:t>remodelări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fațade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rol</w:t>
            </w:r>
            <w:proofErr w:type="spellEnd"/>
            <w:r>
              <w:rPr>
                <w:sz w:val="16"/>
              </w:rPr>
              <w:t xml:space="preserve"> structural</w:t>
            </w:r>
          </w:p>
        </w:tc>
      </w:tr>
    </w:tbl>
    <w:p w14:paraId="7B137162" w14:textId="77777777" w:rsidR="007C5D68" w:rsidRPr="007F39C2" w:rsidRDefault="007C5D68">
      <w:pPr>
        <w:keepNext/>
        <w:rPr>
          <w:sz w:val="16"/>
        </w:rPr>
        <w:sectPr w:rsidR="007C5D68" w:rsidRPr="007F39C2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3869B3" w14:paraId="12083C8B" w14:textId="77777777">
        <w:trPr>
          <w:cantSplit/>
        </w:trPr>
        <w:tc>
          <w:tcPr>
            <w:tcW w:w="9636" w:type="dxa"/>
          </w:tcPr>
          <w:p w14:paraId="6714535E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B.7 </w:t>
            </w:r>
            <w:proofErr w:type="spellStart"/>
            <w:r w:rsidRPr="00AD1D4A">
              <w:rPr>
                <w:sz w:val="16"/>
                <w:lang w:val="fr-FR"/>
              </w:rPr>
              <w:t>reabilitare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energetică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(</w:t>
            </w:r>
            <w:proofErr w:type="spellStart"/>
            <w:r w:rsidRPr="00AD1D4A">
              <w:rPr>
                <w:sz w:val="16"/>
                <w:lang w:val="fr-FR"/>
              </w:rPr>
              <w:t>clădiri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locuit</w:t>
            </w:r>
            <w:proofErr w:type="spellEnd"/>
            <w:r w:rsidRPr="00AD1D4A">
              <w:rPr>
                <w:sz w:val="16"/>
                <w:lang w:val="fr-FR"/>
              </w:rPr>
              <w:t xml:space="preserve">, max. 3 </w:t>
            </w:r>
            <w:proofErr w:type="spellStart"/>
            <w:r w:rsidRPr="00AD1D4A">
              <w:rPr>
                <w:sz w:val="16"/>
                <w:lang w:val="fr-FR"/>
              </w:rPr>
              <w:t>niveluri</w:t>
            </w:r>
            <w:proofErr w:type="spellEnd"/>
            <w:r w:rsidRPr="00AD1D4A">
              <w:rPr>
                <w:sz w:val="16"/>
                <w:lang w:val="fr-FR"/>
              </w:rPr>
              <w:t>)</w:t>
            </w:r>
          </w:p>
          <w:p w14:paraId="11CF2574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B.8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52DC809F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B.9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703F376A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B.10 </w:t>
            </w:r>
            <w:proofErr w:type="spellStart"/>
            <w:r>
              <w:rPr>
                <w:sz w:val="16"/>
              </w:rPr>
              <w:t>grupuri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sanitare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camere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tehnice</w:t>
            </w:r>
            <w:proofErr w:type="spellEnd"/>
            <w:r>
              <w:rPr>
                <w:sz w:val="16"/>
              </w:rPr>
              <w:t xml:space="preserve"> (max. 25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>)</w:t>
            </w:r>
          </w:p>
          <w:p w14:paraId="443DCDA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B.11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curente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rețele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edilitare</w:t>
            </w:r>
            <w:proofErr w:type="spellEnd"/>
          </w:p>
        </w:tc>
      </w:tr>
    </w:tbl>
    <w:p w14:paraId="33F1B876" w14:textId="77777777" w:rsidR="007C5D68" w:rsidRDefault="007C5D68">
      <w:pPr>
        <w:keepNext/>
        <w:rPr>
          <w:sz w:val="16"/>
          <w:lang w:val="fr-FR"/>
        </w:rPr>
        <w:sectPr w:rsidR="007C5D68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7C5D68" w14:paraId="72161EA7" w14:textId="77777777">
        <w:trPr>
          <w:cantSplit/>
        </w:trPr>
        <w:tc>
          <w:tcPr>
            <w:tcW w:w="9636" w:type="dxa"/>
            <w:shd w:val="clear" w:color="auto" w:fill="F4F4F4"/>
          </w:tcPr>
          <w:p w14:paraId="61075A0A" w14:textId="5E5087B1" w:rsidR="00846492" w:rsidRPr="007C5D68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lastRenderedPageBreak/>
              <w:t xml:space="preserve"> C ·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zone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—</w:t>
            </w:r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</w:t>
            </w:r>
            <w:r w:rsidRPr="00AD1D4A">
              <w:rPr>
                <w:sz w:val="16"/>
                <w:lang w:val="fr-FR"/>
              </w:rPr>
              <w:t xml:space="preserve">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 w:rsidRPr="007C5D68">
              <w:rPr>
                <w:sz w:val="16"/>
                <w:lang w:val="fr-FR"/>
              </w:rPr>
              <w:t>(3)</w:t>
            </w:r>
            <w:r w:rsidR="007C5D68">
              <w:rPr>
                <w:sz w:val="16"/>
                <w:lang w:val="fr-FR"/>
              </w:rPr>
              <w:t xml:space="preserve"> </w:t>
            </w:r>
            <w:r w:rsidR="007C5D68">
              <w:rPr>
                <w:sz w:val="16"/>
              </w:rPr>
              <w:t>din Legea nr. 169/2026</w:t>
            </w:r>
          </w:p>
        </w:tc>
      </w:tr>
      <w:tr w:rsidR="00846492" w:rsidRPr="003869B3" w14:paraId="4142E776" w14:textId="77777777">
        <w:trPr>
          <w:cantSplit/>
        </w:trPr>
        <w:tc>
          <w:tcPr>
            <w:tcW w:w="9636" w:type="dxa"/>
          </w:tcPr>
          <w:p w14:paraId="55A2D185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C.1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</w:p>
          <w:p w14:paraId="624CC809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C.2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înlocuiri</w:t>
            </w:r>
            <w:proofErr w:type="spellEnd"/>
          </w:p>
          <w:p w14:paraId="36A2F09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C.3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împrejmuiri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acoperișuri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</w:p>
          <w:p w14:paraId="23F58DB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C.4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</w:p>
          <w:p w14:paraId="1E4AF87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C.5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3D2B4D57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C.6 </w:t>
            </w:r>
            <w:proofErr w:type="spellStart"/>
            <w:r w:rsidRPr="00AD1D4A">
              <w:rPr>
                <w:sz w:val="16"/>
                <w:lang w:val="fr-FR"/>
              </w:rPr>
              <w:t>instalații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securitate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incendiu</w:t>
            </w:r>
            <w:proofErr w:type="spellEnd"/>
          </w:p>
        </w:tc>
      </w:tr>
      <w:tr w:rsidR="00846492" w14:paraId="75909A4E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66013" w14:textId="77777777" w:rsidR="00846492" w:rsidRDefault="00000000">
            <w:pPr>
              <w:keepNext/>
            </w:pPr>
            <w:r w:rsidRPr="00AD1D4A">
              <w:rPr>
                <w:sz w:val="16"/>
                <w:lang w:val="fr-FR"/>
              </w:rPr>
              <w:t xml:space="preserve"> D ·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amenajare</w:t>
            </w:r>
            <w:proofErr w:type="spellEnd"/>
            <w:r w:rsidRPr="00AD1D4A">
              <w:rPr>
                <w:sz w:val="16"/>
                <w:lang w:val="fr-FR"/>
              </w:rPr>
              <w:t xml:space="preserve"> —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>
              <w:rPr>
                <w:sz w:val="16"/>
              </w:rPr>
              <w:t>(4)</w:t>
            </w:r>
          </w:p>
        </w:tc>
      </w:tr>
      <w:tr w:rsidR="007F39C2" w:rsidRPr="003869B3" w14:paraId="6EC00CA7" w14:textId="77777777" w:rsidTr="004C2114">
        <w:trPr>
          <w:cantSplit/>
          <w:trHeight w:val="1713"/>
        </w:trPr>
        <w:tc>
          <w:tcPr>
            <w:tcW w:w="9636" w:type="dxa"/>
          </w:tcPr>
          <w:p w14:paraId="477CA7A2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D.1 </w:t>
            </w:r>
            <w:proofErr w:type="spellStart"/>
            <w:r w:rsidRPr="00AD1D4A">
              <w:rPr>
                <w:sz w:val="16"/>
                <w:lang w:val="fr-FR"/>
              </w:rPr>
              <w:t>campinguri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tabere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structuri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1437D117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D.2 </w:t>
            </w:r>
            <w:proofErr w:type="spellStart"/>
            <w:r w:rsidRPr="00AD1D4A">
              <w:rPr>
                <w:sz w:val="16"/>
                <w:lang w:val="fr-FR"/>
              </w:rPr>
              <w:t>modificări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camping / </w:t>
            </w:r>
            <w:proofErr w:type="spellStart"/>
            <w:r w:rsidRPr="00AD1D4A">
              <w:rPr>
                <w:sz w:val="16"/>
                <w:lang w:val="fr-FR"/>
              </w:rPr>
              <w:t>sat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vacanță</w:t>
            </w:r>
            <w:proofErr w:type="spellEnd"/>
            <w:r w:rsidRPr="00AD1D4A">
              <w:rPr>
                <w:sz w:val="16"/>
                <w:lang w:val="fr-FR"/>
              </w:rPr>
              <w:t xml:space="preserve"> existent</w:t>
            </w:r>
          </w:p>
          <w:p w14:paraId="3C5D0DA9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D.3 </w:t>
            </w:r>
            <w:proofErr w:type="spellStart"/>
            <w:r w:rsidRPr="00AD1D4A">
              <w:rPr>
                <w:sz w:val="16"/>
                <w:lang w:val="fr-FR"/>
              </w:rPr>
              <w:t>teren</w:t>
            </w:r>
            <w:proofErr w:type="spellEnd"/>
            <w:r w:rsidRPr="00AD1D4A">
              <w:rPr>
                <w:sz w:val="16"/>
                <w:lang w:val="fr-FR"/>
              </w:rPr>
              <w:t xml:space="preserve"> de sport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public / parc de </w:t>
            </w:r>
            <w:proofErr w:type="spellStart"/>
            <w:r w:rsidRPr="00AD1D4A">
              <w:rPr>
                <w:sz w:val="16"/>
                <w:lang w:val="fr-FR"/>
              </w:rPr>
              <w:t>distracții</w:t>
            </w:r>
            <w:proofErr w:type="spellEnd"/>
            <w:r w:rsidRPr="00AD1D4A">
              <w:rPr>
                <w:sz w:val="16"/>
                <w:lang w:val="fr-FR"/>
              </w:rPr>
              <w:t xml:space="preserve"> (max. 2 ha)</w:t>
            </w:r>
          </w:p>
          <w:p w14:paraId="468A70F6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D.4 </w:t>
            </w:r>
            <w:proofErr w:type="spellStart"/>
            <w:r w:rsidRPr="00AD1D4A">
              <w:rPr>
                <w:sz w:val="16"/>
                <w:lang w:val="fr-FR"/>
              </w:rPr>
              <w:t>spații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publice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grădini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fațadă</w:t>
            </w:r>
            <w:proofErr w:type="spellEnd"/>
          </w:p>
          <w:p w14:paraId="481C6914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D.5 </w:t>
            </w:r>
            <w:proofErr w:type="spellStart"/>
            <w:r w:rsidRPr="00AD1D4A">
              <w:rPr>
                <w:sz w:val="16"/>
                <w:lang w:val="fr-FR"/>
              </w:rPr>
              <w:t>trotuare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scări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</w:p>
          <w:p w14:paraId="04F80AB2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D.6 </w:t>
            </w:r>
            <w:proofErr w:type="spellStart"/>
            <w:r w:rsidRPr="00AD1D4A">
              <w:rPr>
                <w:sz w:val="16"/>
                <w:lang w:val="fr-FR"/>
              </w:rPr>
              <w:t>perdele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forestiere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împăduriri</w:t>
            </w:r>
            <w:proofErr w:type="spellEnd"/>
          </w:p>
          <w:p w14:paraId="3ABF0DC1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D.7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funerare</w:t>
            </w:r>
            <w:proofErr w:type="spellEnd"/>
          </w:p>
          <w:p w14:paraId="58E1EFF9" w14:textId="4E7F7CB4" w:rsidR="007F39C2" w:rsidRPr="00AD1D4A" w:rsidRDefault="007F39C2" w:rsidP="004C2114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D.8 rampe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persoanele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dizabilități</w:t>
            </w:r>
            <w:proofErr w:type="spellEnd"/>
          </w:p>
        </w:tc>
      </w:tr>
    </w:tbl>
    <w:p w14:paraId="391E1BA6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6424"/>
        <w:gridCol w:w="3212"/>
      </w:tblGrid>
      <w:tr w:rsidR="00846492" w:rsidRPr="003869B3" w14:paraId="44F8B00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3176E8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b/>
                <w:sz w:val="16"/>
                <w:lang w:val="fr-FR"/>
              </w:rPr>
              <w:t xml:space="preserve"> 5. </w:t>
            </w:r>
            <w:r w:rsidRPr="00AD1D4A">
              <w:rPr>
                <w:b/>
                <w:color w:val="000000"/>
                <w:sz w:val="18"/>
                <w:lang w:val="fr-FR"/>
              </w:rPr>
              <w:t>PROIECTUL TEHNIC DE EXECUȚIE CU CONȚINUT SIMPLIFICAT</w:t>
            </w:r>
          </w:p>
        </w:tc>
      </w:tr>
      <w:tr w:rsidR="00846492" w14:paraId="77000619" w14:textId="77777777">
        <w:trPr>
          <w:cantSplit/>
          <w:trHeight w:val="510"/>
        </w:trPr>
        <w:tc>
          <w:tcPr>
            <w:tcW w:w="6424" w:type="dxa"/>
          </w:tcPr>
          <w:p w14:paraId="1385B4BE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/ cod </w:t>
            </w:r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</w:p>
          <w:p w14:paraId="0B739958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6CCE80E9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9345079" w14:textId="77777777" w:rsidR="00846492" w:rsidRDefault="00846492">
            <w:pPr>
              <w:keepNext/>
            </w:pPr>
          </w:p>
        </w:tc>
      </w:tr>
      <w:tr w:rsidR="00846492" w14:paraId="69F57461" w14:textId="77777777">
        <w:trPr>
          <w:cantSplit/>
          <w:trHeight w:val="510"/>
        </w:trPr>
        <w:tc>
          <w:tcPr>
            <w:tcW w:w="6424" w:type="dxa"/>
          </w:tcPr>
          <w:p w14:paraId="56F6EC9C" w14:textId="64E86DC6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Arhitectură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coordonare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r>
              <w:rPr>
                <w:b/>
                <w:color w:val="0D5F78"/>
              </w:rPr>
              <w:t xml:space="preserve">, </w:t>
            </w:r>
            <w:proofErr w:type="spellStart"/>
            <w:r w:rsidR="003F4418">
              <w:rPr>
                <w:b/>
                <w:color w:val="0D5F78"/>
              </w:rPr>
              <w:t>nr.TNA</w:t>
            </w:r>
            <w:proofErr w:type="spellEnd"/>
          </w:p>
          <w:p w14:paraId="59DFFC81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00E6C6EB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069E7FC" w14:textId="77777777" w:rsidR="00846492" w:rsidRDefault="00846492">
            <w:pPr>
              <w:keepNext/>
            </w:pPr>
          </w:p>
        </w:tc>
      </w:tr>
      <w:tr w:rsidR="00846492" w14:paraId="54904FD3" w14:textId="77777777">
        <w:trPr>
          <w:cantSplit/>
          <w:trHeight w:val="510"/>
        </w:trPr>
        <w:tc>
          <w:tcPr>
            <w:tcW w:w="6424" w:type="dxa"/>
          </w:tcPr>
          <w:p w14:paraId="087E9DAC" w14:textId="1322E2DA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Structură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</w:p>
          <w:p w14:paraId="7C7384FB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76C1858B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92D2924" w14:textId="77777777" w:rsidR="00846492" w:rsidRDefault="00846492">
            <w:pPr>
              <w:keepNext/>
            </w:pPr>
          </w:p>
        </w:tc>
      </w:tr>
      <w:tr w:rsidR="00846492" w14:paraId="56A0A7FA" w14:textId="77777777">
        <w:trPr>
          <w:cantSplit/>
          <w:trHeight w:val="510"/>
        </w:trPr>
        <w:tc>
          <w:tcPr>
            <w:tcW w:w="6424" w:type="dxa"/>
          </w:tcPr>
          <w:p w14:paraId="17B2B759" w14:textId="214EC1CA" w:rsidR="00870FD7" w:rsidRDefault="00000000">
            <w:pPr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Instalații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FD1916">
              <w:rPr>
                <w:b/>
                <w:color w:val="0D5F78"/>
              </w:rPr>
              <w:t xml:space="preserve">, </w:t>
            </w:r>
            <w:proofErr w:type="spellStart"/>
            <w:r w:rsidR="00FD1916">
              <w:rPr>
                <w:b/>
                <w:color w:val="0D5F78"/>
              </w:rPr>
              <w:t>specialitate</w:t>
            </w:r>
            <w:proofErr w:type="spellEnd"/>
          </w:p>
          <w:p w14:paraId="3F533455" w14:textId="489AAF0C" w:rsidR="00846492" w:rsidRDefault="00870FD7">
            <w:r>
              <w:rPr>
                <w:b/>
                <w:color w:val="0D5F78"/>
              </w:rPr>
              <w:t xml:space="preserve">Alte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dacă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este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D5F78"/>
              </w:rPr>
              <w:t>cazul</w:t>
            </w:r>
            <w:proofErr w:type="spellEnd"/>
            <w:r>
              <w:rPr>
                <w:b/>
                <w:color w:val="0D5F78"/>
              </w:rPr>
              <w:t>)  —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>/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760B832F" w14:textId="77777777" w:rsidR="00846492" w:rsidRDefault="00846492"/>
        </w:tc>
        <w:tc>
          <w:tcPr>
            <w:tcW w:w="3212" w:type="dxa"/>
          </w:tcPr>
          <w:p w14:paraId="32B487E7" w14:textId="77777777" w:rsidR="00846492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2CE7D10" w14:textId="77777777" w:rsidR="00846492" w:rsidRDefault="00846492"/>
        </w:tc>
      </w:tr>
    </w:tbl>
    <w:p w14:paraId="6C590180" w14:textId="77777777" w:rsidR="00846492" w:rsidRDefault="0084649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3092D09" w14:textId="77777777">
        <w:trPr>
          <w:cantSplit/>
        </w:trPr>
        <w:tc>
          <w:tcPr>
            <w:tcW w:w="9636" w:type="dxa"/>
            <w:shd w:val="clear" w:color="auto" w:fill="F4F4F4"/>
          </w:tcPr>
          <w:p w14:paraId="2D9B89FB" w14:textId="77777777" w:rsidR="00846492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846492" w14:paraId="08DC6175" w14:textId="77777777">
        <w:trPr>
          <w:cantSplit/>
        </w:trPr>
        <w:tc>
          <w:tcPr>
            <w:tcW w:w="9636" w:type="dxa"/>
          </w:tcPr>
          <w:p w14:paraId="21C5ABCB" w14:textId="77777777" w:rsidR="003F4418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titlului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proiectul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conținut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simplificat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geotehnic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obligatoriu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locuințe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unifamiliale</w:t>
            </w:r>
            <w:proofErr w:type="spellEnd"/>
            <w:r>
              <w:rPr>
                <w:sz w:val="16"/>
              </w:rPr>
              <w:t xml:space="preserve">)     </w:t>
            </w:r>
          </w:p>
          <w:p w14:paraId="5BBEDD70" w14:textId="77777777" w:rsidR="003869B3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topografic</w:t>
            </w:r>
            <w:proofErr w:type="spellEnd"/>
            <w:r>
              <w:rPr>
                <w:sz w:val="16"/>
              </w:rPr>
              <w:t xml:space="preserve"> </w:t>
            </w:r>
            <w:r w:rsidR="007F39C2">
              <w:rPr>
                <w:sz w:val="16"/>
              </w:rPr>
              <w:t>(</w:t>
            </w:r>
            <w:proofErr w:type="spellStart"/>
            <w:r w:rsidR="007F39C2">
              <w:rPr>
                <w:sz w:val="16"/>
              </w:rPr>
              <w:t>obligatoriu</w:t>
            </w:r>
            <w:proofErr w:type="spellEnd"/>
            <w:r w:rsidR="007F39C2">
              <w:rPr>
                <w:sz w:val="16"/>
              </w:rPr>
              <w:t xml:space="preserve"> la </w:t>
            </w:r>
            <w:proofErr w:type="spellStart"/>
            <w:r w:rsidR="007F39C2">
              <w:rPr>
                <w:sz w:val="16"/>
              </w:rPr>
              <w:t>locuințe</w:t>
            </w:r>
            <w:proofErr w:type="spellEnd"/>
            <w:r w:rsidR="007F39C2">
              <w:rPr>
                <w:sz w:val="16"/>
              </w:rPr>
              <w:t xml:space="preserve"> </w:t>
            </w:r>
            <w:proofErr w:type="spellStart"/>
            <w:proofErr w:type="gramStart"/>
            <w:r w:rsidR="007F39C2">
              <w:rPr>
                <w:sz w:val="16"/>
              </w:rPr>
              <w:t>unifamiliale</w:t>
            </w:r>
            <w:proofErr w:type="spellEnd"/>
            <w:r w:rsidR="007F39C2">
              <w:rPr>
                <w:sz w:val="16"/>
              </w:rPr>
              <w:t xml:space="preserve">)   </w:t>
            </w:r>
            <w:proofErr w:type="gramEnd"/>
            <w:r w:rsidR="007F39C2">
              <w:rPr>
                <w:sz w:val="16"/>
              </w:rPr>
              <w:t xml:space="preserve">  </w:t>
            </w:r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avizul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patrimoniu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  <w:r>
              <w:rPr>
                <w:sz w:val="16"/>
              </w:rPr>
              <w:t xml:space="preserve">  </w:t>
            </w:r>
          </w:p>
          <w:p w14:paraId="52119DB7" w14:textId="450281CB" w:rsidR="00846492" w:rsidRPr="003869B3" w:rsidRDefault="003869B3">
            <w:pPr>
              <w:rPr>
                <w:sz w:val="16"/>
                <w:lang w:val="fr-FR"/>
              </w:rPr>
            </w:pPr>
            <w:r w:rsidRPr="003869B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avizul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arhitectului-șef</w:t>
            </w:r>
            <w:proofErr w:type="spellEnd"/>
            <w:r w:rsidRPr="003869B3">
              <w:rPr>
                <w:sz w:val="16"/>
                <w:lang w:val="fr-FR"/>
              </w:rPr>
              <w:t xml:space="preserve"> al </w:t>
            </w:r>
            <w:proofErr w:type="spellStart"/>
            <w:r w:rsidRPr="003869B3">
              <w:rPr>
                <w:sz w:val="16"/>
                <w:lang w:val="fr-FR"/>
              </w:rPr>
              <w:t>județului</w:t>
            </w:r>
            <w:proofErr w:type="spellEnd"/>
            <w:r w:rsidRPr="003869B3">
              <w:rPr>
                <w:sz w:val="16"/>
                <w:lang w:val="fr-FR"/>
              </w:rPr>
              <w:t xml:space="preserve"> (</w:t>
            </w:r>
            <w:proofErr w:type="spellStart"/>
            <w:r w:rsidRPr="003869B3">
              <w:rPr>
                <w:sz w:val="16"/>
                <w:lang w:val="fr-FR"/>
              </w:rPr>
              <w:t>obligatoriu</w:t>
            </w:r>
            <w:proofErr w:type="spellEnd"/>
            <w:r w:rsidRPr="003869B3">
              <w:rPr>
                <w:sz w:val="16"/>
                <w:lang w:val="fr-FR"/>
              </w:rPr>
              <w:t xml:space="preserve"> la </w:t>
            </w:r>
            <w:proofErr w:type="spellStart"/>
            <w:r w:rsidRPr="003869B3">
              <w:rPr>
                <w:sz w:val="16"/>
                <w:lang w:val="fr-FR"/>
              </w:rPr>
              <w:t>locuințe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gramStart"/>
            <w:r w:rsidRPr="003869B3">
              <w:rPr>
                <w:sz w:val="16"/>
                <w:lang w:val="fr-FR"/>
              </w:rPr>
              <w:t xml:space="preserve">unifamiliale)   </w:t>
            </w:r>
            <w:proofErr w:type="gramEnd"/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taxelor</w:t>
            </w:r>
            <w:proofErr w:type="spellEnd"/>
          </w:p>
        </w:tc>
      </w:tr>
    </w:tbl>
    <w:p w14:paraId="09936F2B" w14:textId="77777777" w:rsidR="00846492" w:rsidRDefault="0084649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72CA945" w14:textId="77777777">
        <w:trPr>
          <w:cantSplit/>
        </w:trPr>
        <w:tc>
          <w:tcPr>
            <w:tcW w:w="9636" w:type="dxa"/>
            <w:shd w:val="clear" w:color="auto" w:fill="F4F4F4"/>
          </w:tcPr>
          <w:p w14:paraId="781C77CB" w14:textId="19CE4852" w:rsidR="00846492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RĂSPUNDEREA</w:t>
            </w:r>
          </w:p>
        </w:tc>
      </w:tr>
      <w:tr w:rsidR="00846492" w:rsidRPr="00852977" w14:paraId="07FE9B19" w14:textId="77777777">
        <w:trPr>
          <w:cantSplit/>
        </w:trPr>
        <w:tc>
          <w:tcPr>
            <w:tcW w:w="9636" w:type="dxa"/>
          </w:tcPr>
          <w:p w14:paraId="2257FB8D" w14:textId="77777777" w:rsidR="00846492" w:rsidRDefault="00000000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Declar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lucrările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notificate</w:t>
            </w:r>
            <w:proofErr w:type="spellEnd"/>
            <w:r>
              <w:rPr>
                <w:i/>
                <w:sz w:val="17"/>
              </w:rPr>
              <w:t xml:space="preserve"> se </w:t>
            </w:r>
            <w:proofErr w:type="spellStart"/>
            <w:r>
              <w:rPr>
                <w:i/>
                <w:sz w:val="17"/>
              </w:rPr>
              <w:t>încadrează</w:t>
            </w:r>
            <w:proofErr w:type="spellEnd"/>
            <w:r>
              <w:rPr>
                <w:i/>
                <w:sz w:val="17"/>
              </w:rPr>
              <w:t xml:space="preserve"> strict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art. 294 din Lege</w:t>
            </w:r>
            <w:r w:rsidR="003F4418">
              <w:rPr>
                <w:i/>
                <w:sz w:val="17"/>
              </w:rPr>
              <w:t xml:space="preserve">a nr. 169/2026 </w:t>
            </w:r>
            <w:proofErr w:type="spellStart"/>
            <w:r w:rsidR="003F4418"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cunosc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faptul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confirmarea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înregistrării</w:t>
            </w:r>
            <w:proofErr w:type="spellEnd"/>
            <w:r>
              <w:rPr>
                <w:i/>
                <w:sz w:val="17"/>
              </w:rPr>
              <w:t xml:space="preserve"> nu </w:t>
            </w:r>
            <w:proofErr w:type="spellStart"/>
            <w:r>
              <w:rPr>
                <w:i/>
                <w:sz w:val="17"/>
              </w:rPr>
              <w:t>echivalează</w:t>
            </w:r>
            <w:proofErr w:type="spellEnd"/>
            <w:r>
              <w:rPr>
                <w:i/>
                <w:sz w:val="17"/>
              </w:rPr>
              <w:t xml:space="preserve"> cu </w:t>
            </w:r>
            <w:proofErr w:type="spellStart"/>
            <w:r>
              <w:rPr>
                <w:i/>
                <w:sz w:val="17"/>
              </w:rPr>
              <w:t>aprobarea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notificării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iar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răspunderea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pentru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corectitudinea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proiectului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revine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proiectanților</w:t>
            </w:r>
            <w:proofErr w:type="spellEnd"/>
            <w:r>
              <w:rPr>
                <w:i/>
                <w:sz w:val="17"/>
              </w:rPr>
              <w:t xml:space="preserve">, pe </w:t>
            </w:r>
            <w:proofErr w:type="spellStart"/>
            <w:r>
              <w:rPr>
                <w:i/>
                <w:sz w:val="17"/>
              </w:rPr>
              <w:t>specialități</w:t>
            </w:r>
            <w:proofErr w:type="spellEnd"/>
            <w:r>
              <w:rPr>
                <w:i/>
                <w:sz w:val="17"/>
              </w:rPr>
              <w:t>.</w:t>
            </w:r>
          </w:p>
          <w:p w14:paraId="76D9B038" w14:textId="34ABA3C0" w:rsidR="00852977" w:rsidRPr="004D2D0E" w:rsidRDefault="00852977" w:rsidP="004D2D0E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A</w:t>
            </w:r>
            <w:r w:rsidRPr="00852977">
              <w:rPr>
                <w:i/>
                <w:sz w:val="17"/>
              </w:rPr>
              <w:t>utoritatea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administrației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publice</w:t>
            </w:r>
            <w:proofErr w:type="spellEnd"/>
            <w:r w:rsidRPr="00852977">
              <w:rPr>
                <w:i/>
                <w:sz w:val="17"/>
              </w:rPr>
              <w:t xml:space="preserve"> locale nu </w:t>
            </w:r>
            <w:proofErr w:type="spellStart"/>
            <w:r w:rsidRPr="00852977">
              <w:rPr>
                <w:i/>
                <w:sz w:val="17"/>
              </w:rPr>
              <w:t>este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responsabilă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eventualele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prejudicii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ulterioare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cauzate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litigii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aflate</w:t>
            </w:r>
            <w:proofErr w:type="spellEnd"/>
            <w:r w:rsidRPr="00852977">
              <w:rPr>
                <w:i/>
                <w:sz w:val="17"/>
              </w:rPr>
              <w:t xml:space="preserve"> pe </w:t>
            </w:r>
            <w:proofErr w:type="spellStart"/>
            <w:r w:rsidRPr="00852977">
              <w:rPr>
                <w:i/>
                <w:sz w:val="17"/>
              </w:rPr>
              <w:t>rolul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instanțelor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judecătorești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privind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imobilul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și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nici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grevări</w:t>
            </w:r>
            <w:proofErr w:type="spellEnd"/>
            <w:r w:rsidRPr="00852977">
              <w:rPr>
                <w:i/>
                <w:sz w:val="17"/>
              </w:rPr>
              <w:t xml:space="preserve"> ale </w:t>
            </w:r>
            <w:proofErr w:type="spellStart"/>
            <w:r w:rsidRPr="00852977">
              <w:rPr>
                <w:i/>
                <w:sz w:val="17"/>
              </w:rPr>
              <w:t>imobilului</w:t>
            </w:r>
            <w:proofErr w:type="spellEnd"/>
            <w:r w:rsidRPr="00852977">
              <w:rPr>
                <w:i/>
                <w:sz w:val="17"/>
              </w:rPr>
              <w:t xml:space="preserve"> cu </w:t>
            </w:r>
            <w:proofErr w:type="spellStart"/>
            <w:r w:rsidRPr="00852977">
              <w:rPr>
                <w:i/>
                <w:sz w:val="17"/>
              </w:rPr>
              <w:t>sarcini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tipul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interdicțiilor</w:t>
            </w:r>
            <w:proofErr w:type="spellEnd"/>
            <w:r w:rsidRPr="00852977">
              <w:rPr>
                <w:i/>
                <w:sz w:val="17"/>
              </w:rPr>
              <w:t xml:space="preserve">, </w:t>
            </w:r>
            <w:proofErr w:type="spellStart"/>
            <w:r w:rsidRPr="00852977">
              <w:rPr>
                <w:i/>
                <w:sz w:val="17"/>
              </w:rPr>
              <w:t>responsabilitatea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aparținând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în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toate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cazurile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beneficiarului</w:t>
            </w:r>
            <w:proofErr w:type="spellEnd"/>
            <w:r w:rsidRPr="00852977">
              <w:rPr>
                <w:i/>
                <w:sz w:val="17"/>
              </w:rPr>
              <w:t>.</w:t>
            </w:r>
          </w:p>
          <w:p w14:paraId="0766A618" w14:textId="05D981A6" w:rsidR="004D2D0E" w:rsidRPr="00852977" w:rsidRDefault="004D2D0E" w:rsidP="00852977"/>
        </w:tc>
      </w:tr>
      <w:tr w:rsidR="00FD1916" w14:paraId="429E984E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7BAD4E37" w14:textId="1715B45F" w:rsidR="00FD1916" w:rsidRDefault="00FD1916" w:rsidP="00303E64">
            <w:pPr>
              <w:keepNext/>
            </w:pP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OBILIGAȚII</w:t>
            </w:r>
          </w:p>
        </w:tc>
      </w:tr>
      <w:tr w:rsidR="00FD1916" w:rsidRPr="003869B3" w14:paraId="78627F24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6FB9E773" w14:textId="77777777" w:rsidR="00FD1916" w:rsidRPr="004D2D0E" w:rsidRDefault="00FD1916" w:rsidP="00303E64">
            <w:pPr>
              <w:spacing w:line="228" w:lineRule="auto"/>
              <w:rPr>
                <w:i/>
                <w:sz w:val="17"/>
                <w:lang w:val="fr-FR"/>
              </w:rPr>
            </w:pPr>
            <w:proofErr w:type="spellStart"/>
            <w:r w:rsidRPr="004D2D0E">
              <w:rPr>
                <w:i/>
                <w:sz w:val="17"/>
                <w:lang w:val="fr-FR"/>
              </w:rPr>
              <w:t>Beneficiarul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lucrărilor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4D2D0E">
              <w:rPr>
                <w:i/>
                <w:sz w:val="17"/>
                <w:lang w:val="fr-FR"/>
              </w:rPr>
              <w:t>notificate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are </w:t>
            </w:r>
            <w:proofErr w:type="spellStart"/>
            <w:r w:rsidRPr="004D2D0E">
              <w:rPr>
                <w:i/>
                <w:sz w:val="17"/>
                <w:lang w:val="fr-FR"/>
              </w:rPr>
              <w:t>obligația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amplasării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panoului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4D2D0E">
              <w:rPr>
                <w:i/>
                <w:sz w:val="17"/>
                <w:lang w:val="fr-FR"/>
              </w:rPr>
              <w:t>identificare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4D2D0E">
              <w:rPr>
                <w:i/>
                <w:sz w:val="17"/>
                <w:lang w:val="fr-FR"/>
              </w:rPr>
              <w:t>investiției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la </w:t>
            </w:r>
            <w:proofErr w:type="spellStart"/>
            <w:r w:rsidRPr="004D2D0E">
              <w:rPr>
                <w:i/>
                <w:sz w:val="17"/>
                <w:lang w:val="fr-FR"/>
              </w:rPr>
              <w:t>loc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vizibil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durata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execuției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– cf. art. 298 </w:t>
            </w:r>
            <w:proofErr w:type="spellStart"/>
            <w:r w:rsidRPr="004D2D0E">
              <w:rPr>
                <w:i/>
                <w:sz w:val="17"/>
                <w:lang w:val="fr-FR"/>
              </w:rPr>
              <w:t>alin</w:t>
            </w:r>
            <w:proofErr w:type="spellEnd"/>
            <w:r w:rsidRPr="004D2D0E">
              <w:rPr>
                <w:i/>
                <w:sz w:val="17"/>
                <w:lang w:val="fr-FR"/>
              </w:rPr>
              <w:t>. (5)</w:t>
            </w:r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din</w:t>
            </w:r>
            <w:proofErr w:type="spellEnd"/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Legea</w:t>
            </w:r>
            <w:proofErr w:type="spellEnd"/>
            <w:r>
              <w:rPr>
                <w:i/>
                <w:sz w:val="17"/>
                <w:lang w:val="fr-FR"/>
              </w:rPr>
              <w:t xml:space="preserve"> nr.169/2026</w:t>
            </w:r>
          </w:p>
          <w:p w14:paraId="49F117C5" w14:textId="7C82B897" w:rsidR="00FD1916" w:rsidRPr="00FD1916" w:rsidRDefault="00FD1916" w:rsidP="00303E64">
            <w:pPr>
              <w:rPr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de construire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notificate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obligația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efectuării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terminarea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între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executant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şi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un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reprezentant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unităţii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administrativ-teritoriale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precum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și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înregistrarea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.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Până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operaționalizarea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o copie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după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se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transmite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fizic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sau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prin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poștă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electronică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I.S.C.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gramStart"/>
            <w:r>
              <w:rPr>
                <w:i/>
                <w:iCs/>
                <w:sz w:val="17"/>
                <w:szCs w:val="17"/>
                <w:lang w:val="fr-FR"/>
              </w:rPr>
              <w:t xml:space="preserve">-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cf.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art. 298 </w:t>
            </w:r>
            <w:proofErr w:type="spellStart"/>
            <w:proofErr w:type="gramStart"/>
            <w:r w:rsidRPr="00FD1916">
              <w:rPr>
                <w:i/>
                <w:iCs/>
                <w:sz w:val="17"/>
                <w:szCs w:val="17"/>
                <w:lang w:val="fr-FR"/>
              </w:rPr>
              <w:t>alin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>.(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>6)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din </w:t>
            </w:r>
            <w:proofErr w:type="spellStart"/>
            <w:r>
              <w:rPr>
                <w:i/>
                <w:iCs/>
                <w:sz w:val="17"/>
                <w:szCs w:val="17"/>
                <w:lang w:val="fr-FR"/>
              </w:rPr>
              <w:t>Legea</w:t>
            </w:r>
            <w:proofErr w:type="spellEnd"/>
            <w:r>
              <w:rPr>
                <w:i/>
                <w:iCs/>
                <w:sz w:val="17"/>
                <w:szCs w:val="17"/>
                <w:lang w:val="fr-FR"/>
              </w:rPr>
              <w:t xml:space="preserve"> nr.196/2026</w:t>
            </w:r>
          </w:p>
          <w:p w14:paraId="4129B71C" w14:textId="77777777" w:rsidR="00FD1916" w:rsidRPr="004D2D0E" w:rsidRDefault="00FD1916" w:rsidP="00303E64">
            <w:pPr>
              <w:spacing w:line="228" w:lineRule="auto"/>
              <w:rPr>
                <w:lang w:val="fr-FR"/>
              </w:rPr>
            </w:pPr>
          </w:p>
        </w:tc>
      </w:tr>
    </w:tbl>
    <w:p w14:paraId="4D90C049" w14:textId="77777777" w:rsidR="00846492" w:rsidRPr="004D2D0E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D671102" w14:textId="77777777">
        <w:trPr>
          <w:cantSplit/>
        </w:trPr>
        <w:tc>
          <w:tcPr>
            <w:tcW w:w="9636" w:type="dxa"/>
            <w:shd w:val="clear" w:color="auto" w:fill="F4F4F4"/>
          </w:tcPr>
          <w:p w14:paraId="452D7ED2" w14:textId="77777777" w:rsidR="00846492" w:rsidRDefault="00000000">
            <w:pPr>
              <w:keepNext/>
            </w:pPr>
            <w:r w:rsidRPr="004D2D0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846492" w:rsidRPr="003869B3" w14:paraId="22149040" w14:textId="77777777">
        <w:trPr>
          <w:cantSplit/>
        </w:trPr>
        <w:tc>
          <w:tcPr>
            <w:tcW w:w="9636" w:type="dxa"/>
          </w:tcPr>
          <w:p w14:paraId="760467F1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</w:t>
            </w:r>
            <w:proofErr w:type="spellStart"/>
            <w:r w:rsidRPr="00AD1D4A">
              <w:rPr>
                <w:sz w:val="16"/>
                <w:lang w:val="fr-FR"/>
              </w:rPr>
              <w:t>scris</w:t>
            </w:r>
            <w:proofErr w:type="spellEnd"/>
            <w:r w:rsidRPr="00AD1D4A">
              <w:rPr>
                <w:sz w:val="16"/>
                <w:lang w:val="fr-FR"/>
              </w:rPr>
              <w:t xml:space="preserve">, prin </w:t>
            </w:r>
            <w:proofErr w:type="spellStart"/>
            <w:r w:rsidRPr="00AD1D4A">
              <w:rPr>
                <w:sz w:val="16"/>
                <w:lang w:val="fr-FR"/>
              </w:rPr>
              <w:t>poștă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D1D4A">
              <w:rPr>
                <w:sz w:val="16"/>
                <w:lang w:val="fr-FR"/>
              </w:rPr>
              <w:t>adresa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de e-mail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indicată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ridicare</w:t>
            </w:r>
            <w:proofErr w:type="spellEnd"/>
            <w:r w:rsidRPr="00AD1D4A">
              <w:rPr>
                <w:sz w:val="16"/>
                <w:lang w:val="fr-FR"/>
              </w:rPr>
              <w:t xml:space="preserve"> de la </w:t>
            </w:r>
            <w:proofErr w:type="spellStart"/>
            <w:r w:rsidRPr="00AD1D4A">
              <w:rPr>
                <w:sz w:val="16"/>
                <w:lang w:val="fr-FR"/>
              </w:rPr>
              <w:t>sediul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09EE98EE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846492" w14:paraId="06936D8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16DA659" w14:textId="77777777" w:rsidR="00846492" w:rsidRDefault="0000000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846492" w14:paraId="72612615" w14:textId="77777777">
        <w:trPr>
          <w:cantSplit/>
          <w:trHeight w:val="510"/>
        </w:trPr>
        <w:tc>
          <w:tcPr>
            <w:tcW w:w="1606" w:type="dxa"/>
          </w:tcPr>
          <w:p w14:paraId="60DE0C5D" w14:textId="77777777" w:rsidR="00846492" w:rsidRDefault="00000000">
            <w:r>
              <w:rPr>
                <w:b/>
                <w:color w:val="0D5F78"/>
              </w:rPr>
              <w:t>Data</w:t>
            </w:r>
          </w:p>
          <w:p w14:paraId="418D45B2" w14:textId="77777777" w:rsidR="00846492" w:rsidRDefault="00846492"/>
        </w:tc>
        <w:tc>
          <w:tcPr>
            <w:tcW w:w="4818" w:type="dxa"/>
          </w:tcPr>
          <w:p w14:paraId="63B78572" w14:textId="77777777" w:rsidR="00846492" w:rsidRDefault="00000000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128740B5" w14:textId="77777777" w:rsidR="00846492" w:rsidRDefault="00846492"/>
        </w:tc>
        <w:tc>
          <w:tcPr>
            <w:tcW w:w="3212" w:type="dxa"/>
          </w:tcPr>
          <w:p w14:paraId="69CA0E82" w14:textId="77777777" w:rsidR="00846492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079B7842" w14:textId="77777777" w:rsidR="00846492" w:rsidRDefault="00846492"/>
        </w:tc>
      </w:tr>
    </w:tbl>
    <w:p w14:paraId="13FEF6FB" w14:textId="77777777" w:rsidR="00846492" w:rsidRDefault="00846492">
      <w:pPr>
        <w:spacing w:line="168" w:lineRule="auto"/>
      </w:pPr>
    </w:p>
    <w:sectPr w:rsidR="00846492" w:rsidSect="007C5D68">
      <w:type w:val="continuous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7F4E6" w14:textId="77777777" w:rsidR="00B62F1C" w:rsidRDefault="00B62F1C">
      <w:r>
        <w:separator/>
      </w:r>
    </w:p>
  </w:endnote>
  <w:endnote w:type="continuationSeparator" w:id="0">
    <w:p w14:paraId="1F2571BF" w14:textId="77777777" w:rsidR="00B62F1C" w:rsidRDefault="00B62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5D4A" w14:textId="77777777" w:rsidR="00846492" w:rsidRDefault="00000000">
    <w:pPr>
      <w:pStyle w:val="Subsol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D1D4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D1D4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E93B" w14:textId="77777777" w:rsidR="00F343D2" w:rsidRDefault="00F343D2" w:rsidP="00F343D2">
    <w:pPr>
      <w:pStyle w:val="Subsol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</w:p>
  <w:p w14:paraId="30EA6E2D" w14:textId="77777777" w:rsidR="00F343D2" w:rsidRDefault="00F343D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56164" w14:textId="77777777" w:rsidR="00B62F1C" w:rsidRDefault="00B62F1C">
      <w:r>
        <w:separator/>
      </w:r>
    </w:p>
  </w:footnote>
  <w:footnote w:type="continuationSeparator" w:id="0">
    <w:p w14:paraId="6150B76E" w14:textId="77777777" w:rsidR="00B62F1C" w:rsidRDefault="00B62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07BB7" w14:textId="53CC4ECF" w:rsidR="007C5D68" w:rsidRDefault="007C5D68">
    <w:pPr>
      <w:pStyle w:val="Antet"/>
      <w:rPr>
        <w:i/>
        <w:iCs/>
        <w:color w:val="000000" w:themeColor="text1"/>
        <w:sz w:val="24"/>
        <w:szCs w:val="24"/>
        <w:u w:val="single"/>
        <w:lang w:val="ro-RO"/>
      </w:rPr>
    </w:pPr>
    <w:r w:rsidRPr="00F343D2">
      <w:rPr>
        <w:i/>
        <w:iCs/>
        <w:color w:val="000000" w:themeColor="text1"/>
        <w:sz w:val="24"/>
        <w:szCs w:val="24"/>
        <w:u w:val="single"/>
        <w:lang w:val="ro-RO"/>
      </w:rPr>
      <w:t>Anexa nr.</w:t>
    </w:r>
    <w:r w:rsidR="00F4129D" w:rsidRPr="00F343D2">
      <w:rPr>
        <w:i/>
        <w:iCs/>
        <w:color w:val="000000" w:themeColor="text1"/>
        <w:sz w:val="24"/>
        <w:szCs w:val="24"/>
        <w:u w:val="single"/>
        <w:lang w:val="ro-RO"/>
      </w:rPr>
      <w:t>3</w:t>
    </w:r>
  </w:p>
  <w:p w14:paraId="20A4B0F4" w14:textId="69253DC8" w:rsidR="006113A9" w:rsidRPr="00F343D2" w:rsidRDefault="006113A9">
    <w:pPr>
      <w:pStyle w:val="Antet"/>
      <w:rPr>
        <w:i/>
        <w:iCs/>
        <w:color w:val="000000" w:themeColor="text1"/>
        <w:sz w:val="24"/>
        <w:szCs w:val="24"/>
        <w:u w:val="single"/>
        <w:lang w:val="ro-RO"/>
      </w:rPr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1B055926" w14:textId="77777777" w:rsidR="00F343D2" w:rsidRPr="00F343D2" w:rsidRDefault="00F343D2">
    <w:pPr>
      <w:pStyle w:val="Antet"/>
      <w:rPr>
        <w:i/>
        <w:iCs/>
        <w:color w:val="000000" w:themeColor="text1"/>
        <w:sz w:val="24"/>
        <w:szCs w:val="24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8357596">
    <w:abstractNumId w:val="8"/>
  </w:num>
  <w:num w:numId="2" w16cid:durableId="811796782">
    <w:abstractNumId w:val="6"/>
  </w:num>
  <w:num w:numId="3" w16cid:durableId="1602299517">
    <w:abstractNumId w:val="5"/>
  </w:num>
  <w:num w:numId="4" w16cid:durableId="566454866">
    <w:abstractNumId w:val="4"/>
  </w:num>
  <w:num w:numId="5" w16cid:durableId="1116486043">
    <w:abstractNumId w:val="7"/>
  </w:num>
  <w:num w:numId="6" w16cid:durableId="642930687">
    <w:abstractNumId w:val="3"/>
  </w:num>
  <w:num w:numId="7" w16cid:durableId="798766958">
    <w:abstractNumId w:val="2"/>
  </w:num>
  <w:num w:numId="8" w16cid:durableId="554967532">
    <w:abstractNumId w:val="1"/>
  </w:num>
  <w:num w:numId="9" w16cid:durableId="1942714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55CA"/>
    <w:rsid w:val="0029639D"/>
    <w:rsid w:val="0031113E"/>
    <w:rsid w:val="00320861"/>
    <w:rsid w:val="00326F90"/>
    <w:rsid w:val="003869B3"/>
    <w:rsid w:val="003F4418"/>
    <w:rsid w:val="004D2D0E"/>
    <w:rsid w:val="004E2246"/>
    <w:rsid w:val="0060615D"/>
    <w:rsid w:val="006113A9"/>
    <w:rsid w:val="006C103E"/>
    <w:rsid w:val="007C5D68"/>
    <w:rsid w:val="007F39C2"/>
    <w:rsid w:val="00846492"/>
    <w:rsid w:val="00852977"/>
    <w:rsid w:val="0086488A"/>
    <w:rsid w:val="00870FD7"/>
    <w:rsid w:val="00932ED5"/>
    <w:rsid w:val="00A05CF1"/>
    <w:rsid w:val="00A17614"/>
    <w:rsid w:val="00AA1D8D"/>
    <w:rsid w:val="00AD1D4A"/>
    <w:rsid w:val="00B47730"/>
    <w:rsid w:val="00B62F1C"/>
    <w:rsid w:val="00CA6FDB"/>
    <w:rsid w:val="00CB0664"/>
    <w:rsid w:val="00D2019F"/>
    <w:rsid w:val="00D2346C"/>
    <w:rsid w:val="00E52AF9"/>
    <w:rsid w:val="00E61A6B"/>
    <w:rsid w:val="00F343D2"/>
    <w:rsid w:val="00F4129D"/>
    <w:rsid w:val="00FC693F"/>
    <w:rsid w:val="00FD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7E33A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855</Words>
  <Characters>4879</Characters>
  <Application>Microsoft Office Word</Application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2026-10-06T16:49:00Z</dcterms:created>
  <dcterms:modified xsi:type="dcterms:W3CDTF">2026-10-06T16:49:00Z</dcterms:modified>
  <cp:category/>
</cp:coreProperties>
</file>