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93F43" w14:paraId="17C0A9D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225FA85" w14:textId="77777777" w:rsidR="00A93F4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608ADA3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5FA2093" w14:textId="77777777" w:rsidR="00A93F43" w:rsidRDefault="00A93F43">
            <w:pPr>
              <w:keepNext/>
            </w:pPr>
            <w:r>
              <w:t>BUZĂU</w:t>
            </w:r>
          </w:p>
        </w:tc>
      </w:tr>
      <w:tr w:rsidR="00A93F43" w14:paraId="1B120E84" w14:textId="77777777">
        <w:trPr>
          <w:cantSplit/>
          <w:trHeight w:val="510"/>
        </w:trPr>
        <w:tc>
          <w:tcPr>
            <w:tcW w:w="1606" w:type="dxa"/>
            <w:vMerge/>
          </w:tcPr>
          <w:p w14:paraId="5540F32D" w14:textId="77777777" w:rsidR="00A93F43" w:rsidRDefault="00A93F43"/>
        </w:tc>
        <w:tc>
          <w:tcPr>
            <w:tcW w:w="8030" w:type="dxa"/>
            <w:gridSpan w:val="3"/>
          </w:tcPr>
          <w:p w14:paraId="37BDDD2A" w14:textId="77777777" w:rsidR="00A93F43" w:rsidRDefault="00000000">
            <w:pPr>
              <w:keepNext/>
            </w:pPr>
            <w:r>
              <w:t>PRIMĂRIA COMUNEI BERCA</w:t>
            </w:r>
          </w:p>
          <w:p w14:paraId="09DA699B" w14:textId="77777777" w:rsidR="00A93F43" w:rsidRDefault="00A93F43">
            <w:pPr>
              <w:keepNext/>
            </w:pPr>
          </w:p>
        </w:tc>
      </w:tr>
      <w:tr w:rsidR="00A93F43" w14:paraId="053A3E48" w14:textId="77777777">
        <w:trPr>
          <w:cantSplit/>
          <w:trHeight w:val="510"/>
        </w:trPr>
        <w:tc>
          <w:tcPr>
            <w:tcW w:w="1606" w:type="dxa"/>
            <w:vMerge/>
          </w:tcPr>
          <w:p w14:paraId="1EC3A211" w14:textId="77777777" w:rsidR="00A93F43" w:rsidRDefault="00A93F43"/>
        </w:tc>
        <w:tc>
          <w:tcPr>
            <w:tcW w:w="2409" w:type="dxa"/>
          </w:tcPr>
          <w:p w14:paraId="522D1DEC" w14:textId="77777777" w:rsidR="00A93F43" w:rsidRPr="00F66EA5" w:rsidRDefault="00000000">
            <w:pPr>
              <w:keepNext/>
              <w:rPr>
                <w:lang w:val="fr-FR"/>
              </w:rPr>
            </w:pPr>
            <w:r w:rsidRPr="00F66EA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(CIF)</w:t>
            </w:r>
          </w:p>
          <w:p w14:paraId="27E1C5F8" w14:textId="77777777" w:rsidR="00A93F43" w:rsidRPr="00F66EA5" w:rsidRDefault="00A93F43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1B748FC4" w14:textId="77777777" w:rsidR="00A93F43" w:rsidRDefault="00000000">
            <w:pPr>
              <w:keepNext/>
            </w:pPr>
            <w:r>
              <w:t>Adresa</w:t>
            </w:r>
          </w:p>
          <w:p w14:paraId="61BC0F6B" w14:textId="77777777" w:rsidR="00A93F43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06A86513" w14:textId="77777777" w:rsidR="00A93F43" w:rsidRDefault="00A93F43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A93F43" w14:paraId="74BFD892" w14:textId="77777777">
        <w:trPr>
          <w:cantSplit/>
          <w:trHeight w:val="510"/>
        </w:trPr>
        <w:tc>
          <w:tcPr>
            <w:tcW w:w="1606" w:type="dxa"/>
            <w:vMerge/>
          </w:tcPr>
          <w:p w14:paraId="2674025C" w14:textId="77777777" w:rsidR="00A93F43" w:rsidRDefault="00A93F43"/>
        </w:tc>
        <w:tc>
          <w:tcPr>
            <w:tcW w:w="4818" w:type="dxa"/>
            <w:gridSpan w:val="2"/>
          </w:tcPr>
          <w:p w14:paraId="4B8B51B9" w14:textId="77777777" w:rsidR="00A93F43" w:rsidRDefault="00000000">
            <w:r>
              <w:rPr>
                <w:b/>
                <w:color w:val="0D5F78"/>
              </w:rPr>
              <w:t>Nr. înregistrare</w:t>
            </w:r>
          </w:p>
          <w:p w14:paraId="3ACAF8EE" w14:textId="77777777" w:rsidR="00A93F43" w:rsidRDefault="00A93F43"/>
        </w:tc>
        <w:tc>
          <w:tcPr>
            <w:tcW w:w="3212" w:type="dxa"/>
          </w:tcPr>
          <w:p w14:paraId="17BC8A52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371326AF" w14:textId="77777777" w:rsidR="00A93F43" w:rsidRDefault="00A93F43"/>
        </w:tc>
      </w:tr>
    </w:tbl>
    <w:p w14:paraId="7EE44070" w14:textId="77777777" w:rsidR="00A93F43" w:rsidRDefault="00A93F43">
      <w:pPr>
        <w:spacing w:line="168" w:lineRule="auto"/>
      </w:pPr>
    </w:p>
    <w:p w14:paraId="1588FC01" w14:textId="77777777" w:rsidR="00A93F43" w:rsidRPr="00132008" w:rsidRDefault="00000000">
      <w:pPr>
        <w:spacing w:before="140" w:after="40"/>
        <w:jc w:val="center"/>
        <w:rPr>
          <w:sz w:val="28"/>
          <w:szCs w:val="28"/>
        </w:rPr>
      </w:pPr>
      <w:r w:rsidRPr="00132008">
        <w:rPr>
          <w:b/>
          <w:sz w:val="28"/>
          <w:szCs w:val="28"/>
        </w:rPr>
        <w:t>SOLICITARE</w:t>
      </w:r>
    </w:p>
    <w:p w14:paraId="43387AD2" w14:textId="77777777" w:rsidR="00A93F43" w:rsidRPr="00F66EA5" w:rsidRDefault="00000000">
      <w:pPr>
        <w:spacing w:after="120"/>
        <w:jc w:val="center"/>
        <w:rPr>
          <w:lang w:val="fr-FR"/>
        </w:rPr>
      </w:pPr>
      <w:proofErr w:type="gramStart"/>
      <w:r w:rsidRPr="00F66EA5">
        <w:rPr>
          <w:sz w:val="19"/>
          <w:lang w:val="fr-FR"/>
        </w:rPr>
        <w:t>de</w:t>
      </w:r>
      <w:proofErr w:type="gram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clarificări</w:t>
      </w:r>
      <w:proofErr w:type="spellEnd"/>
      <w:r w:rsidRPr="00F66EA5">
        <w:rPr>
          <w:sz w:val="19"/>
          <w:lang w:val="fr-FR"/>
        </w:rPr>
        <w:t xml:space="preserve">, </w:t>
      </w:r>
      <w:proofErr w:type="spellStart"/>
      <w:r w:rsidRPr="00F66EA5">
        <w:rPr>
          <w:sz w:val="19"/>
          <w:lang w:val="fr-FR"/>
        </w:rPr>
        <w:t>completări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sau</w:t>
      </w:r>
      <w:proofErr w:type="spellEnd"/>
      <w:r w:rsidRPr="00F66EA5">
        <w:rPr>
          <w:sz w:val="19"/>
          <w:lang w:val="fr-FR"/>
        </w:rPr>
        <w:t xml:space="preserve"> documente </w:t>
      </w:r>
      <w:proofErr w:type="spellStart"/>
      <w:r w:rsidRPr="00F66EA5">
        <w:rPr>
          <w:sz w:val="19"/>
          <w:lang w:val="fr-FR"/>
        </w:rPr>
        <w:t>privind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notificarea</w:t>
      </w:r>
      <w:proofErr w:type="spellEnd"/>
    </w:p>
    <w:p w14:paraId="68CC9690" w14:textId="77777777" w:rsidR="00A93F43" w:rsidRPr="00F66EA5" w:rsidRDefault="00A93F4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93F43" w14:paraId="5583E99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BB90F12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93F43" w14:paraId="3EB27B2C" w14:textId="77777777">
        <w:trPr>
          <w:cantSplit/>
          <w:trHeight w:val="510"/>
        </w:trPr>
        <w:tc>
          <w:tcPr>
            <w:tcW w:w="2409" w:type="dxa"/>
          </w:tcPr>
          <w:p w14:paraId="40A4838B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02574EDB" w14:textId="77777777" w:rsidR="00A93F43" w:rsidRDefault="00A93F43">
            <w:pPr>
              <w:keepNext/>
            </w:pPr>
          </w:p>
        </w:tc>
        <w:tc>
          <w:tcPr>
            <w:tcW w:w="2409" w:type="dxa"/>
            <w:gridSpan w:val="2"/>
          </w:tcPr>
          <w:p w14:paraId="6A78D57D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A30384" w14:textId="77777777" w:rsidR="00A93F43" w:rsidRDefault="00A93F43">
            <w:pPr>
              <w:keepNext/>
            </w:pPr>
          </w:p>
        </w:tc>
        <w:tc>
          <w:tcPr>
            <w:tcW w:w="4818" w:type="dxa"/>
          </w:tcPr>
          <w:p w14:paraId="60CAA708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5976D411" w14:textId="77777777" w:rsidR="00A93F43" w:rsidRDefault="00A93F43">
            <w:pPr>
              <w:keepNext/>
            </w:pPr>
          </w:p>
        </w:tc>
      </w:tr>
      <w:tr w:rsidR="00A93F43" w14:paraId="4494E44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02C2F82" w14:textId="77777777" w:rsidR="00A93F43" w:rsidRDefault="00000000">
            <w:r>
              <w:rPr>
                <w:b/>
                <w:color w:val="0D5F78"/>
              </w:rPr>
              <w:t>Proiect nr. / cod</w:t>
            </w:r>
          </w:p>
          <w:p w14:paraId="1A2776FB" w14:textId="77777777" w:rsidR="00A93F43" w:rsidRDefault="00A93F43"/>
        </w:tc>
        <w:tc>
          <w:tcPr>
            <w:tcW w:w="6424" w:type="dxa"/>
            <w:gridSpan w:val="2"/>
          </w:tcPr>
          <w:p w14:paraId="770C2C1C" w14:textId="77777777" w:rsidR="00A93F43" w:rsidRDefault="00000000">
            <w:r>
              <w:rPr>
                <w:b/>
                <w:color w:val="0D5F78"/>
              </w:rPr>
              <w:t>Imobilul</w:t>
            </w:r>
          </w:p>
          <w:p w14:paraId="29051F77" w14:textId="77777777" w:rsidR="00A93F43" w:rsidRDefault="00A93F43"/>
        </w:tc>
      </w:tr>
    </w:tbl>
    <w:p w14:paraId="1F068602" w14:textId="77777777" w:rsidR="00A93F43" w:rsidRDefault="00A93F4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93F43" w14:paraId="083060A5" w14:textId="77777777">
        <w:trPr>
          <w:cantSplit/>
        </w:trPr>
        <w:tc>
          <w:tcPr>
            <w:tcW w:w="9636" w:type="dxa"/>
            <w:shd w:val="clear" w:color="auto" w:fill="F4F4F4"/>
          </w:tcPr>
          <w:p w14:paraId="584FCB20" w14:textId="77777777" w:rsidR="00A93F4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SOLICITAREA</w:t>
            </w:r>
          </w:p>
        </w:tc>
      </w:tr>
      <w:tr w:rsidR="00A93F43" w14:paraId="4DC130E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F86180" w14:textId="77777777" w:rsidR="00A93F43" w:rsidRDefault="00000000">
            <w:pPr>
              <w:keepNext/>
            </w:pPr>
            <w:r>
              <w:rPr>
                <w:sz w:val="16"/>
              </w:rPr>
              <w:t xml:space="preserve"> Clarificările / completările / documentele solicitate</w:t>
            </w:r>
          </w:p>
        </w:tc>
      </w:tr>
      <w:tr w:rsidR="00A93F43" w14:paraId="4ADE3FFD" w14:textId="77777777">
        <w:trPr>
          <w:cantSplit/>
        </w:trPr>
        <w:tc>
          <w:tcPr>
            <w:tcW w:w="9636" w:type="dxa"/>
          </w:tcPr>
          <w:p w14:paraId="077D2F96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8974D07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F7306F3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93F43" w14:paraId="6DF94E88" w14:textId="77777777">
        <w:trPr>
          <w:cantSplit/>
          <w:trHeight w:val="510"/>
        </w:trPr>
        <w:tc>
          <w:tcPr>
            <w:tcW w:w="9636" w:type="dxa"/>
          </w:tcPr>
          <w:p w14:paraId="4B49B117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Termenul de transmitere</w:t>
            </w:r>
          </w:p>
          <w:p w14:paraId="651B9393" w14:textId="77777777" w:rsidR="00A93F43" w:rsidRDefault="00A93F43">
            <w:pPr>
              <w:keepNext/>
            </w:pPr>
          </w:p>
        </w:tc>
      </w:tr>
      <w:tr w:rsidR="00A93F43" w:rsidRPr="00132008" w14:paraId="0440CA86" w14:textId="77777777">
        <w:trPr>
          <w:cantSplit/>
        </w:trPr>
        <w:tc>
          <w:tcPr>
            <w:tcW w:w="9636" w:type="dxa"/>
            <w:shd w:val="clear" w:color="auto" w:fill="F4F4F4"/>
          </w:tcPr>
          <w:p w14:paraId="1046B956" w14:textId="77777777" w:rsidR="00A93F43" w:rsidRPr="00F66EA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66EA5">
              <w:rPr>
                <w:lang w:val="fr-FR"/>
              </w:rPr>
              <w:t>Termenul</w:t>
            </w:r>
            <w:proofErr w:type="spellEnd"/>
            <w:r w:rsidRPr="00F66EA5">
              <w:rPr>
                <w:lang w:val="fr-FR"/>
              </w:rPr>
              <w:t xml:space="preserve"> de </w:t>
            </w:r>
            <w:proofErr w:type="spellStart"/>
            <w:r w:rsidRPr="00F66EA5">
              <w:rPr>
                <w:lang w:val="fr-FR"/>
              </w:rPr>
              <w:t>începere</w:t>
            </w:r>
            <w:proofErr w:type="spellEnd"/>
            <w:r w:rsidRPr="00F66EA5">
              <w:rPr>
                <w:lang w:val="fr-FR"/>
              </w:rPr>
              <w:t xml:space="preserve"> a </w:t>
            </w:r>
            <w:proofErr w:type="spellStart"/>
            <w:r w:rsidRPr="00F66EA5">
              <w:rPr>
                <w:lang w:val="fr-FR"/>
              </w:rPr>
              <w:t>lucrărilor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curge</w:t>
            </w:r>
            <w:proofErr w:type="spellEnd"/>
            <w:r w:rsidRPr="00F66EA5">
              <w:rPr>
                <w:lang w:val="fr-FR"/>
              </w:rPr>
              <w:t xml:space="preserve"> de la data </w:t>
            </w:r>
            <w:proofErr w:type="spellStart"/>
            <w:r w:rsidRPr="00F66EA5">
              <w:rPr>
                <w:lang w:val="fr-FR"/>
              </w:rPr>
              <w:t>depunerii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clarificărilor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solicitate</w:t>
            </w:r>
            <w:proofErr w:type="spellEnd"/>
            <w:r w:rsidRPr="00F66EA5">
              <w:rPr>
                <w:lang w:val="fr-FR"/>
              </w:rPr>
              <w:t>.</w:t>
            </w:r>
          </w:p>
        </w:tc>
      </w:tr>
    </w:tbl>
    <w:p w14:paraId="44A62596" w14:textId="77777777" w:rsidR="00A93F43" w:rsidRPr="00F66EA5" w:rsidRDefault="00A93F4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93F43" w14:paraId="5E7BF2F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4FCBA18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93F43" w14:paraId="2858BD6C" w14:textId="77777777">
        <w:trPr>
          <w:cantSplit/>
          <w:trHeight w:val="510"/>
        </w:trPr>
        <w:tc>
          <w:tcPr>
            <w:tcW w:w="5621" w:type="dxa"/>
          </w:tcPr>
          <w:p w14:paraId="54243203" w14:textId="4C0CD6ED" w:rsidR="00A93F4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0B9F7FD9" w14:textId="77777777" w:rsidR="00A93F43" w:rsidRDefault="00A93F43"/>
        </w:tc>
        <w:tc>
          <w:tcPr>
            <w:tcW w:w="2409" w:type="dxa"/>
          </w:tcPr>
          <w:p w14:paraId="00F86ABF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5523DCBB" w14:textId="77777777" w:rsidR="00A93F43" w:rsidRDefault="00A93F43"/>
        </w:tc>
        <w:tc>
          <w:tcPr>
            <w:tcW w:w="1606" w:type="dxa"/>
          </w:tcPr>
          <w:p w14:paraId="5BD7C661" w14:textId="6BE1ED55" w:rsidR="00A93F43" w:rsidRDefault="00F66EA5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7FE25160" w14:textId="77777777" w:rsidR="00A93F43" w:rsidRDefault="00A93F43"/>
        </w:tc>
      </w:tr>
    </w:tbl>
    <w:p w14:paraId="6F67A149" w14:textId="77777777" w:rsidR="00A93F43" w:rsidRDefault="00A93F43">
      <w:pPr>
        <w:spacing w:line="168" w:lineRule="auto"/>
      </w:pPr>
    </w:p>
    <w:sectPr w:rsidR="00A93F4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376E4" w14:textId="77777777" w:rsidR="00132E37" w:rsidRDefault="00132E37">
      <w:r>
        <w:separator/>
      </w:r>
    </w:p>
  </w:endnote>
  <w:endnote w:type="continuationSeparator" w:id="0">
    <w:p w14:paraId="6A7C0926" w14:textId="77777777" w:rsidR="00132E37" w:rsidRDefault="0013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C04" w14:textId="77777777" w:rsidR="00A93F43" w:rsidRDefault="00000000">
    <w:pPr>
      <w:pStyle w:val="Subsol"/>
      <w:tabs>
        <w:tab w:val="right" w:pos="9639"/>
      </w:tabs>
    </w:pPr>
    <w:r>
      <w:rPr>
        <w:color w:val="595959"/>
      </w:rPr>
      <w:t xml:space="preserve">F_NOT_03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CE213" w14:textId="77777777" w:rsidR="00132E37" w:rsidRDefault="00132E37">
      <w:r>
        <w:separator/>
      </w:r>
    </w:p>
  </w:footnote>
  <w:footnote w:type="continuationSeparator" w:id="0">
    <w:p w14:paraId="034DDDD9" w14:textId="77777777" w:rsidR="00132E37" w:rsidRDefault="00132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6846629">
    <w:abstractNumId w:val="8"/>
  </w:num>
  <w:num w:numId="2" w16cid:durableId="718280180">
    <w:abstractNumId w:val="6"/>
  </w:num>
  <w:num w:numId="3" w16cid:durableId="206646641">
    <w:abstractNumId w:val="5"/>
  </w:num>
  <w:num w:numId="4" w16cid:durableId="1817065279">
    <w:abstractNumId w:val="4"/>
  </w:num>
  <w:num w:numId="5" w16cid:durableId="331614462">
    <w:abstractNumId w:val="7"/>
  </w:num>
  <w:num w:numId="6" w16cid:durableId="486480204">
    <w:abstractNumId w:val="3"/>
  </w:num>
  <w:num w:numId="7" w16cid:durableId="434132356">
    <w:abstractNumId w:val="2"/>
  </w:num>
  <w:num w:numId="8" w16cid:durableId="1727799628">
    <w:abstractNumId w:val="1"/>
  </w:num>
  <w:num w:numId="9" w16cid:durableId="7403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7EC"/>
    <w:rsid w:val="00132008"/>
    <w:rsid w:val="00132E37"/>
    <w:rsid w:val="0015074B"/>
    <w:rsid w:val="0029639D"/>
    <w:rsid w:val="002E7C06"/>
    <w:rsid w:val="00326F90"/>
    <w:rsid w:val="006C103E"/>
    <w:rsid w:val="00A93F43"/>
    <w:rsid w:val="00AA1D8D"/>
    <w:rsid w:val="00B47730"/>
    <w:rsid w:val="00CB0664"/>
    <w:rsid w:val="00D16FF9"/>
    <w:rsid w:val="00E61A6B"/>
    <w:rsid w:val="00F66EA5"/>
    <w:rsid w:val="00FB44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A11C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2026-10-06T16:52:00Z</dcterms:created>
  <dcterms:modified xsi:type="dcterms:W3CDTF">2026-10-06T16:52:00Z</dcterms:modified>
  <cp:category/>
</cp:coreProperties>
</file>