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77777777" w:rsidR="00C85C0B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65C390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40C295B" w14:textId="77777777" w:rsidR="00C85C0B" w:rsidRDefault="00C85C0B">
            <w:pPr>
              <w:keepNext/>
            </w:pPr>
            <w:r>
              <w:t>BUZĂU</w:t>
            </w:r>
          </w:p>
        </w:tc>
      </w:tr>
      <w:tr w:rsidR="00C85C0B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Default="00C85C0B"/>
        </w:tc>
        <w:tc>
          <w:tcPr>
            <w:tcW w:w="8030" w:type="dxa"/>
            <w:gridSpan w:val="3"/>
            <w:shd w:val="clear" w:color="auto" w:fill="F0F0F0"/>
          </w:tcPr>
          <w:p w14:paraId="7BFDD222" w14:textId="77777777" w:rsidR="00C85C0B" w:rsidRDefault="00000000">
            <w:pPr>
              <w:keepNext/>
            </w:pPr>
            <w:r>
              <w:t>PRIMĂRIA COMUNEI BERCA</w:t>
            </w:r>
          </w:p>
          <w:p w14:paraId="537356A4" w14:textId="77777777" w:rsidR="00C85C0B" w:rsidRDefault="00C85C0B">
            <w:pPr>
              <w:keepNext/>
            </w:pPr>
          </w:p>
        </w:tc>
      </w:tr>
      <w:tr w:rsidR="00C85C0B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Default="00C85C0B"/>
        </w:tc>
        <w:tc>
          <w:tcPr>
            <w:tcW w:w="2409" w:type="dxa"/>
            <w:shd w:val="clear" w:color="auto" w:fill="F0F0F0"/>
          </w:tcPr>
          <w:p w14:paraId="73114822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77777777" w:rsidR="00C85C0B" w:rsidRPr="00150E80" w:rsidRDefault="00C85C0B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Default="00000000">
            <w:pPr>
              <w:keepNext/>
            </w:pPr>
            <w:r>
              <w:t>Adresa</w:t>
            </w:r>
          </w:p>
          <w:p w14:paraId="7C0DAFA0" w14:textId="77777777" w:rsidR="00C85C0B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34178E3A" w14:textId="77777777" w:rsidR="00C85C0B" w:rsidRDefault="00C85C0B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000000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150E80">
              <w:rPr>
                <w:i/>
                <w:color w:val="595959"/>
                <w:lang w:val="fr-FR"/>
              </w:rPr>
              <w:t>se</w:t>
            </w:r>
            <w:proofErr w:type="gram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B84D" w14:textId="77777777" w:rsidR="000D449B" w:rsidRDefault="000D449B">
      <w:r>
        <w:separator/>
      </w:r>
    </w:p>
  </w:endnote>
  <w:endnote w:type="continuationSeparator" w:id="0">
    <w:p w14:paraId="7692577C" w14:textId="77777777" w:rsidR="000D449B" w:rsidRDefault="000D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Subsol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39305" w14:textId="77777777" w:rsidR="000D449B" w:rsidRDefault="000D449B">
      <w:r>
        <w:separator/>
      </w:r>
    </w:p>
  </w:footnote>
  <w:footnote w:type="continuationSeparator" w:id="0">
    <w:p w14:paraId="68B695EC" w14:textId="77777777" w:rsidR="000D449B" w:rsidRDefault="000D4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49B"/>
    <w:rsid w:val="0015074B"/>
    <w:rsid w:val="00150E80"/>
    <w:rsid w:val="00210834"/>
    <w:rsid w:val="0029639D"/>
    <w:rsid w:val="00326F90"/>
    <w:rsid w:val="003A7070"/>
    <w:rsid w:val="003F0F62"/>
    <w:rsid w:val="005C02E4"/>
    <w:rsid w:val="00A81951"/>
    <w:rsid w:val="00AA1D8D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2026-10-06T16:57:00Z</dcterms:created>
  <dcterms:modified xsi:type="dcterms:W3CDTF">2026-10-06T16:57:00Z</dcterms:modified>
  <cp:category/>
</cp:coreProperties>
</file>