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F6E35" w14:paraId="0B5F170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217B45B" w14:textId="77777777" w:rsidR="00BF6E35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26ED8F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185F6F0" w14:textId="77777777" w:rsidR="00BF6E35" w:rsidRDefault="00BF6E35">
            <w:pPr>
              <w:keepNext/>
            </w:pPr>
            <w:r>
              <w:t>BUZĂU</w:t>
            </w:r>
          </w:p>
        </w:tc>
      </w:tr>
      <w:tr w:rsidR="00BF6E35" w14:paraId="17823C7D" w14:textId="77777777">
        <w:trPr>
          <w:cantSplit/>
          <w:trHeight w:val="510"/>
        </w:trPr>
        <w:tc>
          <w:tcPr>
            <w:tcW w:w="1606" w:type="dxa"/>
            <w:vMerge/>
          </w:tcPr>
          <w:p w14:paraId="5A041A99" w14:textId="77777777" w:rsidR="00BF6E35" w:rsidRDefault="00BF6E35"/>
        </w:tc>
        <w:tc>
          <w:tcPr>
            <w:tcW w:w="8030" w:type="dxa"/>
            <w:gridSpan w:val="3"/>
          </w:tcPr>
          <w:p w14:paraId="6A7D52DB" w14:textId="77777777" w:rsidR="00BF6E35" w:rsidRDefault="00000000">
            <w:pPr>
              <w:keepNext/>
            </w:pPr>
            <w:r>
              <w:t>PRIMĂRIA COMUNEI BERCA</w:t>
            </w:r>
          </w:p>
          <w:p w14:paraId="64E09A09" w14:textId="77777777" w:rsidR="00BF6E35" w:rsidRDefault="00BF6E35">
            <w:pPr>
              <w:keepNext/>
            </w:pPr>
          </w:p>
        </w:tc>
      </w:tr>
      <w:tr w:rsidR="00BF6E35" w14:paraId="3B3D7084" w14:textId="77777777">
        <w:trPr>
          <w:cantSplit/>
          <w:trHeight w:val="510"/>
        </w:trPr>
        <w:tc>
          <w:tcPr>
            <w:tcW w:w="1606" w:type="dxa"/>
            <w:vMerge/>
          </w:tcPr>
          <w:p w14:paraId="7A574C7E" w14:textId="77777777" w:rsidR="00BF6E35" w:rsidRDefault="00BF6E35"/>
        </w:tc>
        <w:tc>
          <w:tcPr>
            <w:tcW w:w="2409" w:type="dxa"/>
          </w:tcPr>
          <w:p w14:paraId="021E69C0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Cod de identificare fiscală (CIF)</w:t>
            </w:r>
          </w:p>
          <w:p w14:paraId="63CB947C" w14:textId="77777777" w:rsidR="00BF6E35" w:rsidRPr="00EC4C89" w:rsidRDefault="00BF6E35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</w:tcPr>
          <w:p w14:paraId="140C398F" w14:textId="77777777" w:rsidR="00BF6E35" w:rsidRDefault="00000000">
            <w:pPr>
              <w:keepNext/>
            </w:pPr>
            <w:r>
              <w:t>Adresa</w:t>
            </w:r>
          </w:p>
          <w:p w14:paraId="3408EBA1" w14:textId="77777777" w:rsidR="00BF6E35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554460AB" w14:textId="77777777" w:rsidR="00BF6E35" w:rsidRDefault="00BF6E35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BF6E35" w14:paraId="4A1C9FC3" w14:textId="77777777">
        <w:trPr>
          <w:cantSplit/>
          <w:trHeight w:val="510"/>
        </w:trPr>
        <w:tc>
          <w:tcPr>
            <w:tcW w:w="1606" w:type="dxa"/>
            <w:vMerge/>
          </w:tcPr>
          <w:p w14:paraId="3F123D1D" w14:textId="77777777" w:rsidR="00BF6E35" w:rsidRDefault="00BF6E35"/>
        </w:tc>
        <w:tc>
          <w:tcPr>
            <w:tcW w:w="4818" w:type="dxa"/>
            <w:gridSpan w:val="2"/>
          </w:tcPr>
          <w:p w14:paraId="39BF4E1D" w14:textId="77777777" w:rsidR="00BF6E35" w:rsidRDefault="00000000">
            <w:r>
              <w:rPr>
                <w:b/>
                <w:color w:val="0D5F78"/>
              </w:rPr>
              <w:t>Nr. înregistrare</w:t>
            </w:r>
          </w:p>
          <w:p w14:paraId="7B247A6F" w14:textId="77777777" w:rsidR="00BF6E35" w:rsidRDefault="00BF6E35"/>
        </w:tc>
        <w:tc>
          <w:tcPr>
            <w:tcW w:w="3212" w:type="dxa"/>
          </w:tcPr>
          <w:p w14:paraId="4179F49A" w14:textId="77777777" w:rsidR="00BF6E35" w:rsidRDefault="00000000">
            <w:r>
              <w:rPr>
                <w:b/>
                <w:color w:val="0D5F78"/>
              </w:rPr>
              <w:t>Data</w:t>
            </w:r>
          </w:p>
          <w:p w14:paraId="7EA99095" w14:textId="77777777" w:rsidR="00BF6E35" w:rsidRDefault="00BF6E35"/>
        </w:tc>
      </w:tr>
    </w:tbl>
    <w:p w14:paraId="4729CA97" w14:textId="77777777" w:rsidR="00BF6E35" w:rsidRDefault="00BF6E35">
      <w:pPr>
        <w:spacing w:line="168" w:lineRule="auto"/>
      </w:pPr>
    </w:p>
    <w:p w14:paraId="294DD906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AUTORIZAȚIE DE MODIFICARE</w:t>
      </w:r>
    </w:p>
    <w:p w14:paraId="2A8B90AD" w14:textId="77777777" w:rsidR="00BF6E35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4739F9FD" w14:textId="77777777" w:rsidR="00BF6E35" w:rsidRDefault="00BF6E35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0727E0F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384125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BF6E35" w14:paraId="7AACFE87" w14:textId="77777777">
        <w:trPr>
          <w:cantSplit/>
          <w:trHeight w:val="510"/>
        </w:trPr>
        <w:tc>
          <w:tcPr>
            <w:tcW w:w="2409" w:type="dxa"/>
          </w:tcPr>
          <w:p w14:paraId="1FED2F6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93F6E0F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416E1C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52C44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5A40A44B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 titularului</w:t>
            </w:r>
          </w:p>
          <w:p w14:paraId="7CEBBC8A" w14:textId="77777777" w:rsidR="00BF6E35" w:rsidRDefault="00BF6E35">
            <w:pPr>
              <w:keepNext/>
            </w:pPr>
          </w:p>
        </w:tc>
      </w:tr>
      <w:tr w:rsidR="00BF6E35" w14:paraId="541C68B2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59AD7FBF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Autorizația de construire inițială — nr. / data</w:t>
            </w:r>
          </w:p>
          <w:p w14:paraId="700AA238" w14:textId="77777777" w:rsidR="00BF6E35" w:rsidRPr="00EC4C89" w:rsidRDefault="00BF6E35">
            <w:pPr>
              <w:rPr>
                <w:lang w:val="fr-FR"/>
              </w:rPr>
            </w:pPr>
          </w:p>
        </w:tc>
        <w:tc>
          <w:tcPr>
            <w:tcW w:w="4818" w:type="dxa"/>
          </w:tcPr>
          <w:p w14:paraId="62FE2465" w14:textId="77777777" w:rsidR="00BF6E35" w:rsidRDefault="00000000">
            <w:r>
              <w:rPr>
                <w:b/>
                <w:color w:val="0D5F78"/>
              </w:rPr>
              <w:t>emisă de</w:t>
            </w:r>
          </w:p>
          <w:p w14:paraId="4AC71FD1" w14:textId="77777777" w:rsidR="00BF6E35" w:rsidRDefault="00BF6E35"/>
        </w:tc>
      </w:tr>
    </w:tbl>
    <w:p w14:paraId="60E95159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BF6E35" w14:paraId="21AB250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1E2B79E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F6E35" w14:paraId="60C1EF6F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DB773E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1E624E8" w14:textId="77777777" w:rsidR="00BF6E35" w:rsidRDefault="00BF6E35">
            <w:pPr>
              <w:keepNext/>
            </w:pPr>
          </w:p>
        </w:tc>
        <w:tc>
          <w:tcPr>
            <w:tcW w:w="4015" w:type="dxa"/>
            <w:gridSpan w:val="3"/>
          </w:tcPr>
          <w:p w14:paraId="3522B6C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0FCA58EB" w14:textId="77777777" w:rsidR="00BF6E35" w:rsidRDefault="00BF6E35">
            <w:pPr>
              <w:keepNext/>
            </w:pPr>
          </w:p>
        </w:tc>
      </w:tr>
      <w:tr w:rsidR="00BF6E35" w14:paraId="4DA65BE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B0B5AC8" w14:textId="77777777" w:rsidR="00BF6E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F6E35" w14:paraId="3B504EC0" w14:textId="77777777">
        <w:trPr>
          <w:cantSplit/>
          <w:trHeight w:val="510"/>
        </w:trPr>
        <w:tc>
          <w:tcPr>
            <w:tcW w:w="3212" w:type="dxa"/>
          </w:tcPr>
          <w:p w14:paraId="021FD3E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A1126DA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4"/>
          </w:tcPr>
          <w:p w14:paraId="1F0C3C30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6DB064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4B39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F3A515E" w14:textId="77777777" w:rsidR="00BF6E35" w:rsidRDefault="00BF6E35">
            <w:pPr>
              <w:keepNext/>
            </w:pPr>
          </w:p>
        </w:tc>
      </w:tr>
      <w:tr w:rsidR="00BF6E35" w14:paraId="1F89EF8F" w14:textId="77777777">
        <w:trPr>
          <w:cantSplit/>
          <w:trHeight w:val="510"/>
        </w:trPr>
        <w:tc>
          <w:tcPr>
            <w:tcW w:w="3212" w:type="dxa"/>
          </w:tcPr>
          <w:p w14:paraId="12EA002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614C14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5482E0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D1A2C24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001C2F0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4440F9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1789C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C0D3856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37190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6C8F17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5E3879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4D4A7C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6D348E6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447BF7E" w14:textId="77777777" w:rsidR="00BF6E35" w:rsidRDefault="00BF6E35">
            <w:pPr>
              <w:keepNext/>
            </w:pPr>
          </w:p>
        </w:tc>
      </w:tr>
      <w:tr w:rsidR="00BF6E35" w14:paraId="7547BBC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9B80FED" w14:textId="77777777" w:rsidR="00BF6E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F6E35" w14:paraId="60C2EF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BFCBD54" w14:textId="77777777" w:rsidR="00BF6E35" w:rsidRDefault="00000000">
            <w:r>
              <w:rPr>
                <w:b/>
                <w:color w:val="0D5F78"/>
              </w:rPr>
              <w:t>Telefon / fax</w:t>
            </w:r>
          </w:p>
          <w:p w14:paraId="09F82426" w14:textId="77777777" w:rsidR="00BF6E35" w:rsidRDefault="00BF6E35"/>
        </w:tc>
        <w:tc>
          <w:tcPr>
            <w:tcW w:w="5621" w:type="dxa"/>
            <w:gridSpan w:val="5"/>
          </w:tcPr>
          <w:p w14:paraId="0F8F771C" w14:textId="77777777" w:rsidR="00BF6E35" w:rsidRDefault="00000000">
            <w:r>
              <w:rPr>
                <w:b/>
                <w:color w:val="0D5F78"/>
              </w:rPr>
              <w:t>E-mail</w:t>
            </w:r>
          </w:p>
          <w:p w14:paraId="0DD93495" w14:textId="77777777" w:rsidR="00BF6E35" w:rsidRDefault="00BF6E35"/>
        </w:tc>
      </w:tr>
    </w:tbl>
    <w:p w14:paraId="316DC421" w14:textId="77777777" w:rsidR="00BF6E35" w:rsidRDefault="00BF6E35">
      <w:pPr>
        <w:spacing w:line="168" w:lineRule="auto"/>
      </w:pPr>
    </w:p>
    <w:p w14:paraId="5B09E4C7" w14:textId="77777777" w:rsidR="00BF6E35" w:rsidRDefault="00000000">
      <w:pPr>
        <w:spacing w:before="80" w:after="60"/>
        <w:jc w:val="center"/>
      </w:pPr>
      <w:r>
        <w:rPr>
          <w:sz w:val="18"/>
        </w:rPr>
        <w:t>în conformitate cu prevederile art. 293 din Legea nr. 169/2026 privind Codul amenajării teritoriului, urbanismului și construcțiilor</w:t>
      </w:r>
    </w:p>
    <w:p w14:paraId="346E9BCC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SE AUTORIZEAZĂ:</w:t>
      </w:r>
    </w:p>
    <w:p w14:paraId="125BC18C" w14:textId="44E3AD0B" w:rsidR="00BF6E35" w:rsidRDefault="00013717">
      <w:pPr>
        <w:spacing w:after="120"/>
        <w:jc w:val="center"/>
        <w:rPr>
          <w:sz w:val="19"/>
        </w:rPr>
      </w:pPr>
      <w:r>
        <w:rPr>
          <w:sz w:val="19"/>
        </w:rPr>
        <w:t>executarea lucrărilor corespunzătoare modificărilor de temă</w:t>
      </w:r>
    </w:p>
    <w:p w14:paraId="42ACABB4" w14:textId="77777777" w:rsidR="00CC5CFD" w:rsidRDefault="00CC5CFD">
      <w:pPr>
        <w:spacing w:after="120"/>
        <w:jc w:val="center"/>
        <w:rPr>
          <w:sz w:val="19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C5CFD" w:rsidRPr="00CC5CFD" w14:paraId="6E52662C" w14:textId="77777777" w:rsidTr="00273B64">
        <w:trPr>
          <w:cantSplit/>
        </w:trPr>
        <w:tc>
          <w:tcPr>
            <w:tcW w:w="9636" w:type="dxa"/>
            <w:shd w:val="clear" w:color="auto" w:fill="F4F4F4"/>
          </w:tcPr>
          <w:p w14:paraId="52219B5F" w14:textId="4A37D889" w:rsidR="00CC5CFD" w:rsidRPr="00CC5CFD" w:rsidRDefault="00CC5CFD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CC5CFD">
              <w:rPr>
                <w:b/>
                <w:sz w:val="16"/>
                <w:lang w:val="fr-FR"/>
              </w:rPr>
              <w:t xml:space="preserve">. </w:t>
            </w:r>
            <w:r w:rsidRPr="00CC5CFD">
              <w:rPr>
                <w:b/>
                <w:sz w:val="18"/>
                <w:szCs w:val="18"/>
                <w:lang w:val="fr-FR"/>
              </w:rPr>
              <w:t xml:space="preserve">DESCRIEREA </w:t>
            </w:r>
            <w:r w:rsidRPr="00CC5CFD">
              <w:rPr>
                <w:b/>
                <w:color w:val="000000"/>
                <w:sz w:val="18"/>
                <w:lang w:val="fr-FR"/>
              </w:rPr>
              <w:t>MODIFICĂRILE DE TEMĂ</w:t>
            </w:r>
            <w:r>
              <w:rPr>
                <w:b/>
                <w:color w:val="000000"/>
                <w:sz w:val="18"/>
                <w:lang w:val="fr-FR"/>
              </w:rPr>
              <w:t xml:space="preserve"> CARE SE AUTORIZEAZĂ </w:t>
            </w:r>
          </w:p>
        </w:tc>
      </w:tr>
      <w:tr w:rsidR="00CC5CFD" w:rsidRPr="00CC5CFD" w14:paraId="57CFEE1F" w14:textId="77777777" w:rsidTr="00273B64">
        <w:trPr>
          <w:cantSplit/>
        </w:trPr>
        <w:tc>
          <w:tcPr>
            <w:tcW w:w="9636" w:type="dxa"/>
          </w:tcPr>
          <w:p w14:paraId="6A269DF1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6861F68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26FD876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51CC291" w14:textId="77777777" w:rsidR="00BF6E35" w:rsidRPr="00CC5CFD" w:rsidRDefault="00BF6E35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BF6E35" w14:paraId="788A4C3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61230C" w14:textId="15DAE63D" w:rsidR="00BF6E35" w:rsidRDefault="00000000">
            <w:pPr>
              <w:keepNext/>
            </w:pPr>
            <w:r w:rsidRPr="00CC5CFD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BF6E35" w14:paraId="6DB33BE3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6C99BC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0E37BCF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1A78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4A543B55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3"/>
          </w:tcPr>
          <w:p w14:paraId="1C7517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</w:t>
            </w:r>
          </w:p>
          <w:p w14:paraId="531556BC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74AD545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Sectorul</w:t>
            </w:r>
          </w:p>
          <w:p w14:paraId="3888A874" w14:textId="77777777" w:rsidR="00BF6E35" w:rsidRDefault="00BF6E35">
            <w:pPr>
              <w:keepNext/>
            </w:pPr>
          </w:p>
        </w:tc>
      </w:tr>
      <w:tr w:rsidR="00BF6E35" w14:paraId="76155BF9" w14:textId="77777777">
        <w:trPr>
          <w:cantSplit/>
          <w:trHeight w:val="510"/>
        </w:trPr>
        <w:tc>
          <w:tcPr>
            <w:tcW w:w="1606" w:type="dxa"/>
          </w:tcPr>
          <w:p w14:paraId="100D53D3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A558FE7" w14:textId="77777777" w:rsidR="00BF6E35" w:rsidRDefault="00BF6E35">
            <w:pPr>
              <w:keepNext/>
            </w:pPr>
          </w:p>
        </w:tc>
        <w:tc>
          <w:tcPr>
            <w:tcW w:w="4818" w:type="dxa"/>
            <w:gridSpan w:val="4"/>
          </w:tcPr>
          <w:p w14:paraId="6F7E915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9AC38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7D4C9EF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F7B19AE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2"/>
          </w:tcPr>
          <w:p w14:paraId="3095320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66AC2BB3" w14:textId="77777777" w:rsidR="00BF6E35" w:rsidRDefault="00BF6E35">
            <w:pPr>
              <w:keepNext/>
            </w:pPr>
          </w:p>
        </w:tc>
      </w:tr>
      <w:tr w:rsidR="00BF6E35" w14:paraId="59EFCFE1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765984" w14:textId="77777777" w:rsidR="00BF6E35" w:rsidRDefault="00000000">
            <w:r>
              <w:rPr>
                <w:b/>
                <w:color w:val="0D5F78"/>
              </w:rPr>
              <w:t>Cartea funciară</w:t>
            </w:r>
          </w:p>
          <w:p w14:paraId="5354F2BF" w14:textId="77777777" w:rsidR="00BF6E35" w:rsidRDefault="00BF6E35"/>
        </w:tc>
        <w:tc>
          <w:tcPr>
            <w:tcW w:w="3212" w:type="dxa"/>
            <w:gridSpan w:val="2"/>
          </w:tcPr>
          <w:p w14:paraId="7CF16266" w14:textId="77777777" w:rsidR="00BF6E35" w:rsidRDefault="00000000">
            <w:r>
              <w:rPr>
                <w:b/>
                <w:color w:val="0D5F78"/>
              </w:rPr>
              <w:t>Fișa bunului imobil</w:t>
            </w:r>
          </w:p>
          <w:p w14:paraId="5358DB2A" w14:textId="77777777" w:rsidR="00BF6E35" w:rsidRDefault="00BF6E35"/>
        </w:tc>
        <w:tc>
          <w:tcPr>
            <w:tcW w:w="3212" w:type="dxa"/>
            <w:gridSpan w:val="3"/>
          </w:tcPr>
          <w:p w14:paraId="12DCBAB2" w14:textId="77777777" w:rsidR="00BF6E35" w:rsidRDefault="00000000">
            <w:r>
              <w:rPr>
                <w:b/>
                <w:color w:val="0D5F78"/>
              </w:rPr>
              <w:t>sau nr. cadastral</w:t>
            </w:r>
          </w:p>
          <w:p w14:paraId="38F2E960" w14:textId="77777777" w:rsidR="00BF6E35" w:rsidRDefault="00BF6E35"/>
        </w:tc>
      </w:tr>
    </w:tbl>
    <w:p w14:paraId="6006D9EE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BF6E35" w:rsidRPr="00CC5CFD" w14:paraId="0D160BE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E36E95" w14:textId="11798F8F" w:rsidR="00BF6E35" w:rsidRPr="00EC4C89" w:rsidRDefault="00000000">
            <w:pPr>
              <w:keepNext/>
              <w:rPr>
                <w:lang w:val="fr-FR"/>
              </w:rPr>
            </w:pPr>
            <w:r w:rsidRPr="00013717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  <w:lang w:val="fr-FR"/>
              </w:rPr>
              <w:t>5</w:t>
            </w:r>
            <w:r w:rsidRPr="00EC4C89">
              <w:rPr>
                <w:b/>
                <w:sz w:val="16"/>
                <w:lang w:val="fr-FR"/>
              </w:rPr>
              <w:t xml:space="preserve">.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ÎN BAZA PROIECTULUI </w:t>
            </w:r>
            <w:r w:rsidR="00EC4C89" w:rsidRPr="00EC4C89">
              <w:rPr>
                <w:b/>
                <w:color w:val="000000"/>
                <w:sz w:val="18"/>
                <w:lang w:val="fr-FR"/>
              </w:rPr>
              <w:t>PENTRU AUTORIZARE CONSTRUI</w:t>
            </w:r>
            <w:r w:rsidR="00EC4C89">
              <w:rPr>
                <w:b/>
                <w:color w:val="000000"/>
                <w:sz w:val="18"/>
                <w:lang w:val="fr-FR"/>
              </w:rPr>
              <w:t xml:space="preserve">RII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ACTUALIZAT </w:t>
            </w:r>
          </w:p>
        </w:tc>
      </w:tr>
      <w:tr w:rsidR="00BF6E35" w14:paraId="23428B5F" w14:textId="77777777">
        <w:trPr>
          <w:cantSplit/>
          <w:trHeight w:val="510"/>
        </w:trPr>
        <w:tc>
          <w:tcPr>
            <w:tcW w:w="2409" w:type="dxa"/>
          </w:tcPr>
          <w:p w14:paraId="21D3FC49" w14:textId="0E5E0F67" w:rsidR="00BF6E35" w:rsidRDefault="00EC4C8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8232AF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9DF3AAF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3DAF1F0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11805E0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Denumirea / titlul documentației actualizate</w:t>
            </w:r>
          </w:p>
          <w:p w14:paraId="04A40438" w14:textId="77777777" w:rsidR="00BF6E35" w:rsidRDefault="00BF6E35">
            <w:pPr>
              <w:keepNext/>
            </w:pPr>
          </w:p>
        </w:tc>
      </w:tr>
      <w:tr w:rsidR="00BF6E35" w14:paraId="2517A29C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AE989BD" w14:textId="6426221F" w:rsidR="00BF6E35" w:rsidRDefault="00000000">
            <w:pPr>
              <w:keepNext/>
            </w:pPr>
            <w:r>
              <w:rPr>
                <w:b/>
                <w:color w:val="0D5F78"/>
              </w:rPr>
              <w:t>elaborat de</w:t>
            </w:r>
            <w:r w:rsidR="00EC4C89">
              <w:rPr>
                <w:b/>
                <w:color w:val="0D5F78"/>
              </w:rPr>
              <w:t>:</w:t>
            </w:r>
          </w:p>
          <w:p w14:paraId="7C55E369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0602257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cu sediul în</w:t>
            </w:r>
          </w:p>
          <w:p w14:paraId="1B64E715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județ, municipiu/oraș/comună, sector/sat, cod poștal, stradă, nr., bl., sc., et., ap.</w:t>
            </w:r>
          </w:p>
          <w:p w14:paraId="0901CCBA" w14:textId="77777777" w:rsidR="00BF6E35" w:rsidRDefault="00BF6E35">
            <w:pPr>
              <w:keepNext/>
            </w:pPr>
          </w:p>
        </w:tc>
      </w:tr>
      <w:tr w:rsidR="00BF6E35" w14:paraId="45F42F7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16C60681" w14:textId="25F7F2CE" w:rsidR="00BF6E35" w:rsidRDefault="00000000">
            <w:pPr>
              <w:keepNext/>
            </w:pPr>
            <w:r>
              <w:rPr>
                <w:sz w:val="16"/>
              </w:rPr>
              <w:t>respectiv de — elaboratorul proiectului, cu drept de semnătură, potrivit Legii nr. 184/2001 privind organizarea și exercitarea profesiei de arhitect, republicată</w:t>
            </w:r>
          </w:p>
        </w:tc>
      </w:tr>
      <w:tr w:rsidR="00BF6E35" w14:paraId="57E6734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CD052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Arhitect / conductor arhitect / arhitect de interior</w:t>
            </w:r>
          </w:p>
          <w:p w14:paraId="2B4C643E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numele și prenumele, în clar</w:t>
            </w:r>
          </w:p>
          <w:p w14:paraId="2CAE70A5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3B2446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Înscris în Tabloul Național al Arhitecților cu nr.</w:t>
            </w:r>
          </w:p>
          <w:p w14:paraId="79BC1C27" w14:textId="77777777" w:rsidR="00BF6E35" w:rsidRDefault="00BF6E35">
            <w:pPr>
              <w:keepNext/>
            </w:pPr>
          </w:p>
        </w:tc>
        <w:tc>
          <w:tcPr>
            <w:tcW w:w="3212" w:type="dxa"/>
          </w:tcPr>
          <w:p w14:paraId="4090F88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 evidența Filialei teritoriale a O.A.R.</w:t>
            </w:r>
          </w:p>
          <w:p w14:paraId="149B56B2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denumirea filialei</w:t>
            </w:r>
          </w:p>
          <w:p w14:paraId="2659A39D" w14:textId="77777777" w:rsidR="00BF6E35" w:rsidRDefault="00BF6E35">
            <w:pPr>
              <w:keepNext/>
            </w:pPr>
          </w:p>
        </w:tc>
      </w:tr>
      <w:tr w:rsidR="00BF6E35" w14:paraId="11E8511C" w14:textId="77777777">
        <w:trPr>
          <w:cantSplit/>
        </w:trPr>
        <w:tc>
          <w:tcPr>
            <w:tcW w:w="9636" w:type="dxa"/>
            <w:gridSpan w:val="4"/>
          </w:tcPr>
          <w:p w14:paraId="3EE27D29" w14:textId="77777777" w:rsidR="00BF6E35" w:rsidRDefault="00000000">
            <w:r>
              <w:rPr>
                <w:sz w:val="16"/>
              </w:rPr>
              <w:t xml:space="preserve"> ☐ arhitect     ☐ conductor arhitect     ☐ arhitect de interior</w:t>
            </w:r>
          </w:p>
        </w:tc>
      </w:tr>
    </w:tbl>
    <w:p w14:paraId="187C5007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2CAF850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416E080" w14:textId="3030E27A" w:rsidR="00BF6E35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</w:t>
            </w:r>
            <w:r w:rsidR="00CC5CFD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EFECTUL AUTORIZAȚIEI DE MODIFICARE</w:t>
            </w:r>
          </w:p>
        </w:tc>
      </w:tr>
      <w:tr w:rsidR="00EC4C89" w:rsidRPr="00CC5CFD" w14:paraId="1880EA3C" w14:textId="77777777" w:rsidTr="009A4625">
        <w:trPr>
          <w:cantSplit/>
          <w:trHeight w:val="510"/>
        </w:trPr>
        <w:tc>
          <w:tcPr>
            <w:tcW w:w="9636" w:type="dxa"/>
            <w:gridSpan w:val="3"/>
          </w:tcPr>
          <w:p w14:paraId="4E57C72D" w14:textId="0F8D9EC9" w:rsidR="00EC4C89" w:rsidRPr="00EC4C89" w:rsidRDefault="00EC4C89">
            <w:pPr>
              <w:keepNext/>
              <w:rPr>
                <w:b/>
                <w:color w:val="0D5F78"/>
                <w:lang w:val="fr-FR"/>
              </w:rPr>
            </w:pPr>
            <w:r w:rsidRPr="00EC4C89">
              <w:rPr>
                <w:lang w:val="fr-FR"/>
              </w:rPr>
              <w:t>Prezenta autorizație de modificare determină încetarea valabilității autorizației de construire indicate mai sus pentru elementele modificate, lucrările de construire pentru acestea urmând a se executa conform proiectului pentru autorizare actualizat, atașat, în termenul de valabilitate al autorizației de construire iniţiale.</w:t>
            </w:r>
          </w:p>
        </w:tc>
      </w:tr>
      <w:tr w:rsidR="00BF6E35" w:rsidRPr="00CC5CFD" w14:paraId="05F01BAE" w14:textId="77777777">
        <w:trPr>
          <w:cantSplit/>
          <w:trHeight w:val="510"/>
        </w:trPr>
        <w:tc>
          <w:tcPr>
            <w:tcW w:w="2409" w:type="dxa"/>
          </w:tcPr>
          <w:p w14:paraId="648F91E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Autorizația de construire nr.</w:t>
            </w:r>
          </w:p>
          <w:p w14:paraId="72DCE00C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1E8C0EB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E1E558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6CC41952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Termenul de valabilitate al autorizației inițiale — până la data</w:t>
            </w:r>
          </w:p>
          <w:p w14:paraId="3A0C539A" w14:textId="77777777" w:rsidR="00BF6E35" w:rsidRPr="00EC4C89" w:rsidRDefault="00BF6E35">
            <w:pPr>
              <w:keepNext/>
              <w:rPr>
                <w:lang w:val="fr-FR"/>
              </w:rPr>
            </w:pPr>
          </w:p>
        </w:tc>
      </w:tr>
    </w:tbl>
    <w:p w14:paraId="41327E2E" w14:textId="77777777" w:rsidR="00BF6E35" w:rsidRPr="00EC4C89" w:rsidRDefault="00BF6E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BF6E35" w14:paraId="5A40DA7A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91F8BBE" w14:textId="0D9EF202" w:rsidR="00BF6E35" w:rsidRDefault="00000000">
            <w:pPr>
              <w:keepNext/>
            </w:pPr>
            <w:r w:rsidRPr="00EC4C89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7.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BF6E35" w14:paraId="75774490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50A6E1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7C2E0DD1" w14:textId="77777777" w:rsidR="00BF6E35" w:rsidRDefault="00BF6E35">
            <w:pPr>
              <w:keepNext/>
              <w:spacing w:after="200"/>
            </w:pPr>
          </w:p>
          <w:p w14:paraId="0DD5043D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0104EA2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CA578B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0314D27C" w14:textId="77777777" w:rsidR="00BF6E35" w:rsidRDefault="00BF6E35">
            <w:pPr>
              <w:keepNext/>
              <w:spacing w:after="200"/>
            </w:pPr>
          </w:p>
          <w:p w14:paraId="50DB95E5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3124A8A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3FC23A2B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93E59A4" w14:textId="77777777" w:rsidR="00BF6E35" w:rsidRDefault="00BF6E35">
            <w:pPr>
              <w:keepNext/>
              <w:spacing w:after="200"/>
            </w:pPr>
          </w:p>
          <w:p w14:paraId="0801B023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3CEF419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BF6E35" w:rsidRPr="00013717" w14:paraId="28E50722" w14:textId="77777777">
        <w:trPr>
          <w:cantSplit/>
          <w:trHeight w:val="510"/>
        </w:trPr>
        <w:tc>
          <w:tcPr>
            <w:tcW w:w="2409" w:type="dxa"/>
          </w:tcPr>
          <w:p w14:paraId="7B8E2E36" w14:textId="77777777" w:rsidR="00BF6E35" w:rsidRDefault="00000000">
            <w:r>
              <w:rPr>
                <w:b/>
                <w:color w:val="0D5F78"/>
              </w:rPr>
              <w:t>Achitat taxa de (lei)</w:t>
            </w:r>
          </w:p>
          <w:p w14:paraId="188FCF05" w14:textId="77777777" w:rsidR="00BF6E35" w:rsidRDefault="00BF6E35"/>
        </w:tc>
        <w:tc>
          <w:tcPr>
            <w:tcW w:w="3212" w:type="dxa"/>
            <w:gridSpan w:val="2"/>
          </w:tcPr>
          <w:p w14:paraId="6005C0F7" w14:textId="77777777" w:rsidR="00BF6E35" w:rsidRDefault="00000000">
            <w:r>
              <w:rPr>
                <w:b/>
                <w:color w:val="0D5F78"/>
              </w:rPr>
              <w:t xml:space="preserve">Chitanța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7C8AEE0" w14:textId="77777777" w:rsidR="00BF6E35" w:rsidRDefault="00BF6E35"/>
        </w:tc>
        <w:tc>
          <w:tcPr>
            <w:tcW w:w="4015" w:type="dxa"/>
            <w:gridSpan w:val="2"/>
          </w:tcPr>
          <w:p w14:paraId="48E9BDD6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Transmis solicitantului la data</w:t>
            </w:r>
          </w:p>
          <w:p w14:paraId="4A249B40" w14:textId="77777777" w:rsidR="00BF6E35" w:rsidRPr="00EC4C89" w:rsidRDefault="00000000">
            <w:pPr>
              <w:rPr>
                <w:lang w:val="fr-FR"/>
              </w:rPr>
            </w:pPr>
            <w:proofErr w:type="gramStart"/>
            <w:r w:rsidRPr="00EC4C89">
              <w:rPr>
                <w:i/>
                <w:color w:val="7A7A7A"/>
                <w:lang w:val="fr-FR"/>
              </w:rPr>
              <w:t>direct</w:t>
            </w:r>
            <w:proofErr w:type="gramEnd"/>
            <w:r w:rsidRPr="00EC4C89">
              <w:rPr>
                <w:i/>
                <w:color w:val="7A7A7A"/>
                <w:lang w:val="fr-FR"/>
              </w:rPr>
              <w:t xml:space="preserve"> / prin poștă / digital</w:t>
            </w:r>
          </w:p>
          <w:p w14:paraId="7964BE4A" w14:textId="77777777" w:rsidR="00BF6E35" w:rsidRPr="00EC4C89" w:rsidRDefault="00BF6E35">
            <w:pPr>
              <w:rPr>
                <w:lang w:val="fr-FR"/>
              </w:rPr>
            </w:pPr>
          </w:p>
        </w:tc>
      </w:tr>
    </w:tbl>
    <w:p w14:paraId="754F6CB4" w14:textId="77777777" w:rsidR="00BF6E35" w:rsidRPr="00EC4C89" w:rsidRDefault="00BF6E35">
      <w:pPr>
        <w:spacing w:line="168" w:lineRule="auto"/>
        <w:rPr>
          <w:lang w:val="fr-FR"/>
        </w:rPr>
      </w:pPr>
    </w:p>
    <w:sectPr w:rsidR="00BF6E35" w:rsidRPr="00EC4C8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8C2D" w14:textId="77777777" w:rsidR="00954D2B" w:rsidRDefault="00954D2B">
      <w:r>
        <w:separator/>
      </w:r>
    </w:p>
  </w:endnote>
  <w:endnote w:type="continuationSeparator" w:id="0">
    <w:p w14:paraId="350288A5" w14:textId="77777777" w:rsidR="00954D2B" w:rsidRDefault="0095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E498" w14:textId="6DE142AA" w:rsidR="00BF6E35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EC4C89">
      <w:rPr>
        <w:color w:val="595959"/>
      </w:rPr>
      <w:t>M</w:t>
    </w:r>
    <w:r>
      <w:rPr>
        <w:color w:val="595959"/>
      </w:rPr>
      <w:t>_</w:t>
    </w:r>
    <w:r w:rsidR="00EC4C89">
      <w:rPr>
        <w:color w:val="595959"/>
      </w:rPr>
      <w:t>02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C4C89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C4C89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B248" w14:textId="77777777" w:rsidR="00954D2B" w:rsidRDefault="00954D2B">
      <w:r>
        <w:separator/>
      </w:r>
    </w:p>
  </w:footnote>
  <w:footnote w:type="continuationSeparator" w:id="0">
    <w:p w14:paraId="14FD3410" w14:textId="77777777" w:rsidR="00954D2B" w:rsidRDefault="00954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682673">
    <w:abstractNumId w:val="8"/>
  </w:num>
  <w:num w:numId="2" w16cid:durableId="877468491">
    <w:abstractNumId w:val="6"/>
  </w:num>
  <w:num w:numId="3" w16cid:durableId="2007708298">
    <w:abstractNumId w:val="5"/>
  </w:num>
  <w:num w:numId="4" w16cid:durableId="1808429212">
    <w:abstractNumId w:val="4"/>
  </w:num>
  <w:num w:numId="5" w16cid:durableId="1496338800">
    <w:abstractNumId w:val="7"/>
  </w:num>
  <w:num w:numId="6" w16cid:durableId="1107233967">
    <w:abstractNumId w:val="3"/>
  </w:num>
  <w:num w:numId="7" w16cid:durableId="662658716">
    <w:abstractNumId w:val="2"/>
  </w:num>
  <w:num w:numId="8" w16cid:durableId="1645357452">
    <w:abstractNumId w:val="1"/>
  </w:num>
  <w:num w:numId="9" w16cid:durableId="141370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717"/>
    <w:rsid w:val="00034616"/>
    <w:rsid w:val="0006063C"/>
    <w:rsid w:val="0015074B"/>
    <w:rsid w:val="0029639D"/>
    <w:rsid w:val="0031113E"/>
    <w:rsid w:val="00326F90"/>
    <w:rsid w:val="006C103E"/>
    <w:rsid w:val="00954D2B"/>
    <w:rsid w:val="00AA1D8D"/>
    <w:rsid w:val="00AC68BE"/>
    <w:rsid w:val="00B47730"/>
    <w:rsid w:val="00BF6E35"/>
    <w:rsid w:val="00CB0664"/>
    <w:rsid w:val="00CC5CFD"/>
    <w:rsid w:val="00E61A6B"/>
    <w:rsid w:val="00E679E0"/>
    <w:rsid w:val="00EC4C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A8136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366</Words>
  <Characters>2092</Characters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2026-08-24T16:34:00Z</dcterms:modified>
  <cp:category/>
</cp:coreProperties>
</file>