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BERCA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72B93E2A" w14:textId="77777777" w:rsidR="00BD4241" w:rsidRDefault="00BD4241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