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E1635" w14:paraId="4C68BCA7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73C7D55" w14:textId="77777777" w:rsidR="001E1635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46A0FA0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8A49159" w14:textId="77777777" w:rsidR="001E1635" w:rsidRDefault="001E1635">
            <w:pPr>
              <w:keepNext/>
            </w:pPr>
            <w:r>
              <w:t>BUZĂU</w:t>
            </w:r>
          </w:p>
        </w:tc>
      </w:tr>
      <w:tr w:rsidR="001E1635" w14:paraId="51C0757A" w14:textId="77777777">
        <w:trPr>
          <w:cantSplit/>
          <w:trHeight w:val="510"/>
        </w:trPr>
        <w:tc>
          <w:tcPr>
            <w:tcW w:w="1606" w:type="dxa"/>
            <w:vMerge/>
          </w:tcPr>
          <w:p w14:paraId="691A2AC8" w14:textId="77777777" w:rsidR="001E1635" w:rsidRDefault="001E1635"/>
        </w:tc>
        <w:tc>
          <w:tcPr>
            <w:tcW w:w="8030" w:type="dxa"/>
            <w:gridSpan w:val="3"/>
            <w:shd w:val="clear" w:color="auto" w:fill="F0F0F0"/>
          </w:tcPr>
          <w:p w14:paraId="2BE82BE0" w14:textId="77777777" w:rsidR="001E1635" w:rsidRDefault="00000000">
            <w:pPr>
              <w:keepNext/>
            </w:pPr>
            <w:r>
              <w:t>PRIMĂRIA COMUNEI BERCA</w:t>
            </w:r>
          </w:p>
          <w:p w14:paraId="04E7F576" w14:textId="77777777" w:rsidR="001E1635" w:rsidRDefault="001E1635">
            <w:pPr>
              <w:keepNext/>
            </w:pPr>
          </w:p>
        </w:tc>
      </w:tr>
      <w:tr w:rsidR="001E1635" w14:paraId="2631F304" w14:textId="77777777">
        <w:trPr>
          <w:cantSplit/>
          <w:trHeight w:val="510"/>
        </w:trPr>
        <w:tc>
          <w:tcPr>
            <w:tcW w:w="1606" w:type="dxa"/>
            <w:vMerge/>
          </w:tcPr>
          <w:p w14:paraId="5F679958" w14:textId="77777777" w:rsidR="001E1635" w:rsidRDefault="001E1635"/>
        </w:tc>
        <w:tc>
          <w:tcPr>
            <w:tcW w:w="2409" w:type="dxa"/>
            <w:shd w:val="clear" w:color="auto" w:fill="F0F0F0"/>
          </w:tcPr>
          <w:p w14:paraId="24729E83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(CIF)</w:t>
            </w:r>
          </w:p>
          <w:p w14:paraId="5C37BD63" w14:textId="77777777" w:rsidR="001E1635" w:rsidRPr="006257CA" w:rsidRDefault="001E1635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6968D6" w14:textId="77777777" w:rsidR="001E1635" w:rsidRDefault="00000000">
            <w:pPr>
              <w:keepNext/>
            </w:pPr>
            <w:r>
              <w:t>Adresa</w:t>
            </w:r>
          </w:p>
          <w:p w14:paraId="23E7CCD6" w14:textId="77777777" w:rsidR="001E1635" w:rsidRDefault="00000000">
            <w:pPr>
              <w:keepNext/>
            </w:pPr>
            <w:r>
              <w:t>Str. 1 Decembrie nr. 71, sat Berca, comuna Berca, județul Buzău, cod poștal 127035</w:t>
            </w:r>
          </w:p>
          <w:p w14:paraId="0EA9E139" w14:textId="77777777" w:rsidR="001E1635" w:rsidRDefault="001E1635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1E1635" w14:paraId="0E65AED2" w14:textId="77777777">
        <w:trPr>
          <w:cantSplit/>
          <w:trHeight w:val="510"/>
        </w:trPr>
        <w:tc>
          <w:tcPr>
            <w:tcW w:w="1606" w:type="dxa"/>
            <w:vMerge/>
          </w:tcPr>
          <w:p w14:paraId="6544B9D7" w14:textId="77777777" w:rsidR="001E1635" w:rsidRDefault="001E1635"/>
        </w:tc>
        <w:tc>
          <w:tcPr>
            <w:tcW w:w="4818" w:type="dxa"/>
            <w:gridSpan w:val="2"/>
            <w:shd w:val="clear" w:color="auto" w:fill="F0F0F0"/>
          </w:tcPr>
          <w:p w14:paraId="189A61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5A2B56A" w14:textId="77777777" w:rsidR="001E1635" w:rsidRDefault="001E163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E1695D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37F86DD" w14:textId="77777777" w:rsidR="001E1635" w:rsidRDefault="001E1635">
            <w:pPr>
              <w:keepNext/>
            </w:pPr>
          </w:p>
        </w:tc>
      </w:tr>
      <w:tr w:rsidR="001E1635" w:rsidRPr="00A37FAC" w14:paraId="3911975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6DF05C4B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6257CA">
              <w:rPr>
                <w:i/>
                <w:color w:val="595959"/>
                <w:lang w:val="fr-FR"/>
              </w:rPr>
              <w:t>se</w:t>
            </w:r>
            <w:proofErr w:type="gram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scrie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în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p w14:paraId="1DD2FBAB" w14:textId="6A747212" w:rsidR="001E1635" w:rsidRPr="00A37FAC" w:rsidRDefault="00000000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670D99B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sector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258CF99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6257CA">
              <w:rPr>
                <w:lang w:val="fr-FR"/>
              </w:rPr>
              <w:t>Cererea</w:t>
            </w:r>
            <w:proofErr w:type="spellEnd"/>
            <w:r w:rsidRPr="006257CA">
              <w:rPr>
                <w:lang w:val="fr-FR"/>
              </w:rPr>
              <w:t xml:space="preserve"> va fi </w:t>
            </w:r>
            <w:proofErr w:type="spellStart"/>
            <w:r w:rsidRPr="006257CA">
              <w:rPr>
                <w:lang w:val="fr-FR"/>
              </w:rPr>
              <w:t>transmisă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către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președintele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consiliului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județean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general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de </w:t>
            </w:r>
            <w:proofErr w:type="spellStart"/>
            <w:r w:rsidRPr="006257CA">
              <w:rPr>
                <w:lang w:val="fr-FR"/>
              </w:rPr>
              <w:t>sector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sau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municipiului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orașului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comunei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după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caz</w:t>
            </w:r>
            <w:proofErr w:type="spellEnd"/>
            <w:r w:rsidRPr="006257CA">
              <w:rPr>
                <w:lang w:val="fr-FR"/>
              </w:rPr>
              <w:t>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titular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dreptului</w:t>
            </w:r>
            <w:proofErr w:type="spellEnd"/>
            <w:r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Pr="006257CA">
              <w:rPr>
                <w:sz w:val="16"/>
                <w:lang w:val="fr-FR"/>
              </w:rPr>
              <w:t>proprietate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împuternicit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în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conformitate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cu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prevederile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Legii</w:t>
      </w:r>
      <w:proofErr w:type="spellEnd"/>
      <w:r w:rsidRPr="006257CA">
        <w:rPr>
          <w:sz w:val="18"/>
          <w:lang w:val="fr-FR"/>
        </w:rPr>
        <w:t xml:space="preserve"> nr. 169/2026 </w:t>
      </w:r>
      <w:proofErr w:type="spellStart"/>
      <w:r w:rsidRPr="006257CA">
        <w:rPr>
          <w:sz w:val="18"/>
          <w:lang w:val="fr-FR"/>
        </w:rPr>
        <w:t>privind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Codul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amenajării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teritoriului</w:t>
      </w:r>
      <w:proofErr w:type="spellEnd"/>
      <w:r w:rsidRPr="006257CA">
        <w:rPr>
          <w:sz w:val="18"/>
          <w:lang w:val="fr-FR"/>
        </w:rPr>
        <w:t xml:space="preserve">, </w:t>
      </w:r>
      <w:proofErr w:type="spellStart"/>
      <w:r w:rsidRPr="006257CA">
        <w:rPr>
          <w:sz w:val="18"/>
          <w:lang w:val="fr-FR"/>
        </w:rPr>
        <w:t>urbanismului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și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construcțiilor</w:t>
      </w:r>
      <w:proofErr w:type="spellEnd"/>
      <w:r w:rsidRPr="006257CA">
        <w:rPr>
          <w:sz w:val="18"/>
          <w:lang w:val="fr-FR"/>
        </w:rPr>
        <w:t>,</w:t>
      </w:r>
    </w:p>
    <w:p w14:paraId="25ED7088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solicit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emiterea</w:t>
      </w:r>
      <w:proofErr w:type="spellEnd"/>
    </w:p>
    <w:p w14:paraId="2102D1EC" w14:textId="77777777" w:rsidR="001E1635" w:rsidRPr="006257CA" w:rsidRDefault="00000000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000000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ÎN  VEDEREA</w:t>
            </w:r>
            <w:proofErr w:type="gramEnd"/>
            <w:r w:rsidRPr="006257CA">
              <w:rPr>
                <w:b/>
                <w:bCs/>
                <w:sz w:val="18"/>
                <w:szCs w:val="18"/>
              </w:rPr>
              <w:t xml:space="preserve"> REALIZĂRII OPERAȚIUNII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CADATRALE :</w:t>
            </w:r>
            <w:proofErr w:type="gramEnd"/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comasare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alipire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dezmembrare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dezlipire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unor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trecere</w:t>
            </w:r>
            <w:proofErr w:type="spellEnd"/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proofErr w:type="spellStart"/>
            <w:r>
              <w:rPr>
                <w:sz w:val="16"/>
                <w:lang w:val="fr-FR"/>
              </w:rPr>
              <w:t>Descrierea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operațiunii</w:t>
            </w:r>
            <w:proofErr w:type="spellEnd"/>
            <w:r>
              <w:rPr>
                <w:sz w:val="16"/>
                <w:lang w:val="fr-FR"/>
              </w:rPr>
              <w:t xml:space="preserve"> cadastrale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Număr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cadastral</w:t>
            </w:r>
          </w:p>
          <w:p w14:paraId="3FC4B01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000000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documentația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cadastrală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 xml:space="preserve">plan </w:t>
            </w:r>
            <w:proofErr w:type="spellStart"/>
            <w:r w:rsidR="006257CA" w:rsidRPr="006257CA">
              <w:rPr>
                <w:sz w:val="16"/>
                <w:lang w:val="fr-FR"/>
              </w:rPr>
              <w:t>cu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o </w:t>
            </w:r>
            <w:proofErr w:type="spellStart"/>
            <w:r w:rsidR="006257CA" w:rsidRPr="006257CA">
              <w:rPr>
                <w:sz w:val="16"/>
                <w:lang w:val="fr-FR"/>
              </w:rPr>
              <w:t>propunere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="006257CA" w:rsidRPr="006257CA">
              <w:rPr>
                <w:sz w:val="16"/>
                <w:lang w:val="fr-FR"/>
              </w:rPr>
              <w:t>comasare</w:t>
            </w:r>
            <w:proofErr w:type="spellEnd"/>
            <w:r w:rsidR="006257CA" w:rsidRPr="006257CA">
              <w:rPr>
                <w:sz w:val="16"/>
                <w:lang w:val="fr-FR"/>
              </w:rPr>
              <w:t>/</w:t>
            </w:r>
            <w:proofErr w:type="spellStart"/>
            <w:r w:rsidR="006257CA" w:rsidRPr="006257CA">
              <w:rPr>
                <w:sz w:val="16"/>
                <w:lang w:val="fr-FR"/>
              </w:rPr>
              <w:t>dezmembrare</w:t>
            </w:r>
            <w:proofErr w:type="spellEnd"/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 xml:space="preserve">☐ extras de carte </w:t>
            </w:r>
            <w:proofErr w:type="spellStart"/>
            <w:r w:rsidRPr="006257CA">
              <w:rPr>
                <w:sz w:val="16"/>
                <w:lang w:val="fr-FR"/>
              </w:rPr>
              <w:t>funciară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actualizat</w:t>
            </w:r>
            <w:proofErr w:type="spellEnd"/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 xml:space="preserve">☐ plan de </w:t>
            </w:r>
            <w:proofErr w:type="spellStart"/>
            <w:r w:rsidRPr="006257CA">
              <w:rPr>
                <w:sz w:val="16"/>
                <w:lang w:val="fr-FR"/>
              </w:rPr>
              <w:t>încadrare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zonă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sistem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Stereo</w:t>
            </w:r>
            <w:proofErr w:type="spellEnd"/>
            <w:r w:rsidRPr="006257CA">
              <w:rPr>
                <w:sz w:val="16"/>
                <w:lang w:val="fr-FR"/>
              </w:rPr>
              <w:t xml:space="preserve">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împuternicirea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dacă</w:t>
            </w:r>
            <w:proofErr w:type="spellEnd"/>
            <w:r w:rsidRPr="006257CA">
              <w:rPr>
                <w:sz w:val="16"/>
                <w:lang w:val="fr-FR"/>
              </w:rPr>
              <w:t xml:space="preserve"> este </w:t>
            </w:r>
            <w:proofErr w:type="spellStart"/>
            <w:r w:rsidRPr="006257CA">
              <w:rPr>
                <w:sz w:val="16"/>
                <w:lang w:val="fr-FR"/>
              </w:rPr>
              <w:t>cazul</w:t>
            </w:r>
            <w:proofErr w:type="spellEnd"/>
            <w:r w:rsidRPr="006257CA">
              <w:rPr>
                <w:sz w:val="16"/>
                <w:lang w:val="fr-FR"/>
              </w:rPr>
              <w:t xml:space="preserve">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</w:t>
            </w:r>
            <w:proofErr w:type="spellStart"/>
            <w:r w:rsidRPr="006257CA">
              <w:rPr>
                <w:sz w:val="16"/>
                <w:lang w:val="fr-FR"/>
              </w:rPr>
              <w:t>scris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prin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poștă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6257CA">
              <w:rPr>
                <w:sz w:val="16"/>
                <w:lang w:val="fr-FR"/>
              </w:rPr>
              <w:t>adresa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gramStart"/>
            <w:r w:rsidRPr="006257CA">
              <w:rPr>
                <w:sz w:val="16"/>
                <w:lang w:val="fr-FR"/>
              </w:rPr>
              <w:t>de e-mail</w:t>
            </w:r>
            <w:proofErr w:type="gram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indicată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ridicare</w:t>
            </w:r>
            <w:proofErr w:type="spellEnd"/>
            <w:r w:rsidRPr="006257CA">
              <w:rPr>
                <w:sz w:val="16"/>
                <w:lang w:val="fr-FR"/>
              </w:rPr>
              <w:t xml:space="preserve"> de la </w:t>
            </w:r>
            <w:proofErr w:type="spellStart"/>
            <w:r w:rsidRPr="006257CA">
              <w:rPr>
                <w:sz w:val="16"/>
                <w:lang w:val="fr-FR"/>
              </w:rPr>
              <w:t>sediul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000000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000000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000000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3A607" w14:textId="77777777" w:rsidR="009D782F" w:rsidRDefault="009D782F">
      <w:r>
        <w:separator/>
      </w:r>
    </w:p>
  </w:endnote>
  <w:endnote w:type="continuationSeparator" w:id="0">
    <w:p w14:paraId="4FF4DC6C" w14:textId="77777777" w:rsidR="009D782F" w:rsidRDefault="009D7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000000">
    <w:pPr>
      <w:pStyle w:val="Subsol"/>
      <w:tabs>
        <w:tab w:val="right" w:pos="9639"/>
      </w:tabs>
    </w:pPr>
    <w:r>
      <w:rPr>
        <w:color w:val="595959"/>
      </w:rPr>
      <w:t xml:space="preserve">F_CU_02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66418" w14:textId="77777777" w:rsidR="009D782F" w:rsidRDefault="009D782F">
      <w:r>
        <w:separator/>
      </w:r>
    </w:p>
  </w:footnote>
  <w:footnote w:type="continuationSeparator" w:id="0">
    <w:p w14:paraId="41539459" w14:textId="77777777" w:rsidR="009D782F" w:rsidRDefault="009D7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635"/>
    <w:rsid w:val="0029639D"/>
    <w:rsid w:val="00326F90"/>
    <w:rsid w:val="006257CA"/>
    <w:rsid w:val="006C103E"/>
    <w:rsid w:val="009D782F"/>
    <w:rsid w:val="00A37FAC"/>
    <w:rsid w:val="00AA1D8D"/>
    <w:rsid w:val="00AC5F9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314</Words>
  <Characters>1795</Characters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2026-08-24T14:45:00Z</dcterms:modified>
  <cp:category/>
</cp:coreProperties>
</file>