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7F7E84" w14:paraId="7B01B228" w14:textId="77777777">
        <w:trPr>
          <w:cantSplit/>
          <w:trHeight w:val="510"/>
        </w:trPr>
        <w:tc>
          <w:tcPr>
            <w:tcW w:w="1606" w:type="dxa"/>
            <w:vMerge w:val="restart"/>
            <w:vAlign w:val="center"/>
          </w:tcPr>
          <w:p w14:paraId="0FCAC3E8" w14:textId="77777777" w:rsidR="007F7E84"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shd w:val="clear" w:color="auto" w:fill="F0F0F0"/>
          </w:tcPr>
          <w:p w14:paraId="70CA489C" w14:textId="77777777" w:rsidR="007F7E84" w:rsidRDefault="00000000">
            <w:pPr>
              <w:keepNext/>
            </w:pPr>
            <w:r>
              <w:rPr>
                <w:b/>
                <w:color w:val="0D5F78"/>
              </w:rPr>
              <w:t>Județul</w:t>
            </w:r>
          </w:p>
          <w:p w14:paraId="1B5084C1" w14:textId="77777777" w:rsidR="007F7E84" w:rsidRDefault="007F7E84">
            <w:pPr>
              <w:keepNext/>
            </w:pPr>
            <w:r>
              <w:t>BUZĂU</w:t>
            </w:r>
          </w:p>
        </w:tc>
      </w:tr>
      <w:tr w:rsidR="007F7E84" w14:paraId="0243A050" w14:textId="77777777">
        <w:trPr>
          <w:cantSplit/>
          <w:trHeight w:val="510"/>
        </w:trPr>
        <w:tc>
          <w:tcPr>
            <w:tcW w:w="1606" w:type="dxa"/>
            <w:vMerge/>
          </w:tcPr>
          <w:p w14:paraId="0B1CA4C4" w14:textId="77777777" w:rsidR="007F7E84" w:rsidRDefault="007F7E84"/>
        </w:tc>
        <w:tc>
          <w:tcPr>
            <w:tcW w:w="8030" w:type="dxa"/>
            <w:gridSpan w:val="3"/>
            <w:shd w:val="clear" w:color="auto" w:fill="F0F0F0"/>
          </w:tcPr>
          <w:p w14:paraId="64E9ACF9" w14:textId="77777777" w:rsidR="007F7E84" w:rsidRDefault="00000000">
            <w:pPr>
              <w:keepNext/>
            </w:pPr>
            <w:r>
              <w:t>PRIMĂRIA COMUNEI BERCA</w:t>
            </w:r>
          </w:p>
          <w:p w14:paraId="739DA804" w14:textId="77777777" w:rsidR="007F7E84" w:rsidRDefault="007F7E84">
            <w:pPr>
              <w:keepNext/>
            </w:pPr>
          </w:p>
        </w:tc>
      </w:tr>
      <w:tr w:rsidR="007F7E84" w14:paraId="51DCFD60" w14:textId="77777777">
        <w:trPr>
          <w:cantSplit/>
          <w:trHeight w:val="510"/>
        </w:trPr>
        <w:tc>
          <w:tcPr>
            <w:tcW w:w="1606" w:type="dxa"/>
            <w:vMerge/>
          </w:tcPr>
          <w:p w14:paraId="7769BE1A" w14:textId="77777777" w:rsidR="007F7E84" w:rsidRDefault="007F7E84"/>
        </w:tc>
        <w:tc>
          <w:tcPr>
            <w:tcW w:w="2409" w:type="dxa"/>
            <w:shd w:val="clear" w:color="auto" w:fill="F0F0F0"/>
          </w:tcPr>
          <w:p w14:paraId="2EAEEF9F" w14:textId="77777777" w:rsidR="007F7E84" w:rsidRPr="00243AD6" w:rsidRDefault="00000000">
            <w:pPr>
              <w:keepNext/>
              <w:rPr>
                <w:lang w:val="fr-FR"/>
              </w:rPr>
            </w:pPr>
            <w:r w:rsidRPr="00243AD6">
              <w:rPr>
                <w:b/>
                <w:color w:val="0D5F78"/>
                <w:lang w:val="fr-FR"/>
              </w:rPr>
              <w:t>Cod de identificare fiscală (CIF)</w:t>
            </w:r>
          </w:p>
          <w:p w14:paraId="082B8134" w14:textId="77777777" w:rsidR="007F7E84" w:rsidRPr="00243AD6" w:rsidRDefault="007F7E84">
            <w:pPr>
              <w:keepNext/>
              <w:rPr>
                <w:lang w:val="fr-FR"/>
              </w:rPr>
            </w:pPr>
            <w:r>
              <w:t>3662665</w:t>
            </w:r>
          </w:p>
        </w:tc>
        <w:tc>
          <w:tcPr>
            <w:tcW w:w="5621" w:type="dxa"/>
            <w:gridSpan w:val="2"/>
            <w:shd w:val="clear" w:color="auto" w:fill="F0F0F0"/>
          </w:tcPr>
          <w:p w14:paraId="08086496" w14:textId="77777777" w:rsidR="007F7E84" w:rsidRDefault="00000000">
            <w:pPr>
              <w:keepNext/>
            </w:pPr>
            <w:r>
              <w:t>Adresa</w:t>
            </w:r>
          </w:p>
          <w:p w14:paraId="450786EA" w14:textId="77777777" w:rsidR="007F7E84" w:rsidRDefault="00000000">
            <w:pPr>
              <w:keepNext/>
            </w:pPr>
            <w:r>
              <w:t>Str. 1 Decembrie nr. 71, sat Berca, comuna Berca, județul Buzău, cod poștal 127035</w:t>
            </w:r>
          </w:p>
          <w:p w14:paraId="4CCF903B" w14:textId="77777777" w:rsidR="007F7E84" w:rsidRDefault="007F7E84">
            <w:pPr>
              <w:keepNext/>
            </w:pPr>
            <w:r>
              <w:t>Tel.: 0238 526 004; Fax: 0238 526 537; E-mail: primariaberca@gmail.com; Web: www.primariaberca.ro</w:t>
            </w:r>
          </w:p>
        </w:tc>
      </w:tr>
      <w:tr w:rsidR="007F7E84" w14:paraId="2C98000D" w14:textId="77777777">
        <w:trPr>
          <w:cantSplit/>
          <w:trHeight w:val="510"/>
        </w:trPr>
        <w:tc>
          <w:tcPr>
            <w:tcW w:w="1606" w:type="dxa"/>
            <w:vMerge/>
          </w:tcPr>
          <w:p w14:paraId="25F132D4" w14:textId="77777777" w:rsidR="007F7E84" w:rsidRDefault="007F7E84"/>
        </w:tc>
        <w:tc>
          <w:tcPr>
            <w:tcW w:w="4818" w:type="dxa"/>
            <w:gridSpan w:val="2"/>
            <w:shd w:val="clear" w:color="auto" w:fill="F0F0F0"/>
          </w:tcPr>
          <w:p w14:paraId="3137B886" w14:textId="77777777" w:rsidR="007F7E84" w:rsidRDefault="00000000">
            <w:pPr>
              <w:keepNext/>
            </w:pPr>
            <w:r>
              <w:rPr>
                <w:b/>
                <w:color w:val="0D5F78"/>
              </w:rPr>
              <w:t>Număr de înregistrare</w:t>
            </w:r>
          </w:p>
          <w:p w14:paraId="41AEA76C" w14:textId="77777777" w:rsidR="007F7E84" w:rsidRDefault="007F7E84">
            <w:pPr>
              <w:keepNext/>
            </w:pPr>
          </w:p>
        </w:tc>
        <w:tc>
          <w:tcPr>
            <w:tcW w:w="3212" w:type="dxa"/>
            <w:shd w:val="clear" w:color="auto" w:fill="F0F0F0"/>
          </w:tcPr>
          <w:p w14:paraId="6459C3A8" w14:textId="77777777" w:rsidR="007F7E84" w:rsidRDefault="00000000">
            <w:pPr>
              <w:keepNext/>
            </w:pPr>
            <w:r>
              <w:rPr>
                <w:b/>
                <w:color w:val="0D5F78"/>
              </w:rPr>
              <w:t>Data</w:t>
            </w:r>
          </w:p>
          <w:p w14:paraId="62B3F3AC" w14:textId="77777777" w:rsidR="007F7E84" w:rsidRDefault="007F7E84">
            <w:pPr>
              <w:keepNext/>
            </w:pPr>
          </w:p>
        </w:tc>
      </w:tr>
      <w:tr w:rsidR="007F7E84" w:rsidRPr="00505208" w14:paraId="5B92F3F6" w14:textId="77777777">
        <w:trPr>
          <w:cantSplit/>
        </w:trPr>
        <w:tc>
          <w:tcPr>
            <w:tcW w:w="9636" w:type="dxa"/>
            <w:gridSpan w:val="4"/>
            <w:shd w:val="clear" w:color="auto" w:fill="F0F0F0"/>
          </w:tcPr>
          <w:p w14:paraId="5E46C225" w14:textId="77777777" w:rsidR="007F7E84" w:rsidRPr="00243AD6" w:rsidRDefault="00000000">
            <w:pPr>
              <w:rPr>
                <w:lang w:val="fr-FR"/>
              </w:rPr>
            </w:pPr>
            <w:r w:rsidRPr="00243AD6">
              <w:rPr>
                <w:i/>
                <w:color w:val="595959"/>
                <w:lang w:val="fr-FR"/>
              </w:rPr>
              <w:t xml:space="preserve"> se completează de autoritate — solicitantul nu scrie în această zonă</w:t>
            </w:r>
          </w:p>
        </w:tc>
      </w:tr>
    </w:tbl>
    <w:p w14:paraId="2FA5FB23" w14:textId="77777777" w:rsidR="007F7E84" w:rsidRPr="00243AD6" w:rsidRDefault="007F7E84">
      <w:pPr>
        <w:spacing w:line="168" w:lineRule="auto"/>
        <w:rPr>
          <w:lang w:val="fr-FR"/>
        </w:rPr>
      </w:pPr>
    </w:p>
    <w:p w14:paraId="0DA02E3B" w14:textId="77777777" w:rsidR="007F7E84" w:rsidRDefault="00000000">
      <w:pPr>
        <w:spacing w:before="140" w:after="40"/>
        <w:jc w:val="center"/>
      </w:pPr>
      <w:r>
        <w:rPr>
          <w:b/>
          <w:sz w:val="34"/>
        </w:rPr>
        <w:t>CERERE</w:t>
      </w:r>
    </w:p>
    <w:p w14:paraId="6D7AC252" w14:textId="77777777" w:rsidR="007F7E84" w:rsidRDefault="007F7E84">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055C8110" w14:textId="77777777">
        <w:trPr>
          <w:cantSplit/>
        </w:trPr>
        <w:tc>
          <w:tcPr>
            <w:tcW w:w="9636" w:type="dxa"/>
            <w:shd w:val="clear" w:color="auto" w:fill="F4F4F4"/>
          </w:tcPr>
          <w:p w14:paraId="197DACD7" w14:textId="77777777" w:rsidR="007F7E84" w:rsidRDefault="00000000">
            <w:pPr>
              <w:keepNext/>
            </w:pPr>
            <w:r>
              <w:rPr>
                <w:b/>
                <w:sz w:val="16"/>
              </w:rPr>
              <w:t xml:space="preserve"> 1. </w:t>
            </w:r>
            <w:r>
              <w:rPr>
                <w:b/>
                <w:color w:val="000000"/>
                <w:sz w:val="18"/>
              </w:rPr>
              <w:t>CĂTRE</w:t>
            </w:r>
          </w:p>
        </w:tc>
      </w:tr>
      <w:tr w:rsidR="007F7E84" w:rsidRPr="00505208" w14:paraId="312FDBCD" w14:textId="77777777">
        <w:trPr>
          <w:cantSplit/>
          <w:trHeight w:val="510"/>
        </w:trPr>
        <w:tc>
          <w:tcPr>
            <w:tcW w:w="9636" w:type="dxa"/>
          </w:tcPr>
          <w:p w14:paraId="48CFE4D4" w14:textId="77777777" w:rsidR="007F7E84" w:rsidRPr="00243AD6" w:rsidRDefault="00000000">
            <w:pPr>
              <w:keepNext/>
              <w:rPr>
                <w:lang w:val="fr-FR"/>
              </w:rPr>
            </w:pPr>
            <w:r w:rsidRPr="00243AD6">
              <w:rPr>
                <w:b/>
                <w:color w:val="0D5F78"/>
                <w:lang w:val="fr-FR"/>
              </w:rPr>
              <w:t>Instituția</w:t>
            </w:r>
          </w:p>
          <w:p w14:paraId="6A8A84AF" w14:textId="77777777" w:rsidR="007F7E84" w:rsidRPr="00243AD6" w:rsidRDefault="00000000">
            <w:pPr>
              <w:keepNext/>
              <w:rPr>
                <w:lang w:val="fr-FR"/>
              </w:rPr>
            </w:pPr>
            <w:r w:rsidRPr="00243AD6">
              <w:rPr>
                <w:i/>
                <w:color w:val="7A7A7A"/>
                <w:lang w:val="fr-FR"/>
              </w:rPr>
              <w:t>primăria municipiului / orașului / comunei · primăria de sector · consiliul județean</w:t>
            </w:r>
          </w:p>
          <w:p w14:paraId="5F112E73" w14:textId="77777777" w:rsidR="007F7E84" w:rsidRPr="00243AD6" w:rsidRDefault="007F7E84">
            <w:pPr>
              <w:keepNext/>
              <w:rPr>
                <w:lang w:val="fr-FR"/>
              </w:rPr>
            </w:pPr>
          </w:p>
        </w:tc>
      </w:tr>
      <w:tr w:rsidR="007F7E84" w:rsidRPr="00505208" w14:paraId="49FA6A50" w14:textId="77777777">
        <w:trPr>
          <w:cantSplit/>
        </w:trPr>
        <w:tc>
          <w:tcPr>
            <w:tcW w:w="9636" w:type="dxa"/>
            <w:shd w:val="clear" w:color="auto" w:fill="F4F4F4"/>
          </w:tcPr>
          <w:p w14:paraId="14102224" w14:textId="77777777" w:rsidR="007F7E84" w:rsidRPr="00243AD6" w:rsidRDefault="00000000">
            <w:pPr>
              <w:spacing w:line="228" w:lineRule="auto"/>
              <w:rPr>
                <w:lang w:val="fr-FR"/>
              </w:rPr>
            </w:pPr>
            <w:r w:rsidRPr="00243AD6">
              <w:rPr>
                <w:lang w:val="fr-FR"/>
              </w:rPr>
              <w:t>Cererea va fi transmisă către președintele consiliului județean, primarul general, primarul de sector sau primarul municipiului / orașului / comunei, după caz.</w:t>
            </w:r>
          </w:p>
        </w:tc>
      </w:tr>
    </w:tbl>
    <w:p w14:paraId="26CD517C"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7F7E84" w14:paraId="19CFF212" w14:textId="77777777">
        <w:trPr>
          <w:cantSplit/>
        </w:trPr>
        <w:tc>
          <w:tcPr>
            <w:tcW w:w="9636" w:type="dxa"/>
            <w:gridSpan w:val="8"/>
            <w:shd w:val="clear" w:color="auto" w:fill="F4F4F4"/>
          </w:tcPr>
          <w:p w14:paraId="2DBBD465" w14:textId="77777777" w:rsidR="007F7E84" w:rsidRDefault="00000000">
            <w:pPr>
              <w:keepNext/>
            </w:pPr>
            <w:r w:rsidRPr="00243AD6">
              <w:rPr>
                <w:b/>
                <w:sz w:val="16"/>
                <w:lang w:val="fr-FR"/>
              </w:rPr>
              <w:t xml:space="preserve"> </w:t>
            </w:r>
            <w:r>
              <w:rPr>
                <w:b/>
                <w:sz w:val="16"/>
              </w:rPr>
              <w:t xml:space="preserve">2. </w:t>
            </w:r>
            <w:r>
              <w:rPr>
                <w:b/>
                <w:color w:val="000000"/>
                <w:sz w:val="18"/>
              </w:rPr>
              <w:t>SOLICITANTUL</w:t>
            </w:r>
          </w:p>
        </w:tc>
      </w:tr>
      <w:tr w:rsidR="007F7E84" w14:paraId="52A7E1F8" w14:textId="77777777">
        <w:trPr>
          <w:cantSplit/>
          <w:trHeight w:val="510"/>
        </w:trPr>
        <w:tc>
          <w:tcPr>
            <w:tcW w:w="5621" w:type="dxa"/>
            <w:gridSpan w:val="5"/>
          </w:tcPr>
          <w:p w14:paraId="59866C09" w14:textId="77777777" w:rsidR="007F7E84" w:rsidRDefault="00000000">
            <w:pPr>
              <w:keepNext/>
            </w:pPr>
            <w:r>
              <w:rPr>
                <w:b/>
                <w:color w:val="0D5F78"/>
              </w:rPr>
              <w:t>Nume și prenume</w:t>
            </w:r>
          </w:p>
          <w:p w14:paraId="14EB8AC3" w14:textId="77777777" w:rsidR="007F7E84" w:rsidRDefault="007F7E84">
            <w:pPr>
              <w:keepNext/>
            </w:pPr>
          </w:p>
        </w:tc>
        <w:tc>
          <w:tcPr>
            <w:tcW w:w="4015" w:type="dxa"/>
            <w:gridSpan w:val="3"/>
          </w:tcPr>
          <w:p w14:paraId="2B370720" w14:textId="77777777" w:rsidR="007F7E84" w:rsidRDefault="00000000">
            <w:pPr>
              <w:keepNext/>
            </w:pPr>
            <w:r>
              <w:rPr>
                <w:b/>
                <w:color w:val="0D5F78"/>
              </w:rPr>
              <w:t>CNP</w:t>
            </w:r>
          </w:p>
          <w:p w14:paraId="79191782" w14:textId="77777777" w:rsidR="007F7E84" w:rsidRDefault="007F7E84">
            <w:pPr>
              <w:keepNext/>
            </w:pPr>
          </w:p>
        </w:tc>
      </w:tr>
      <w:tr w:rsidR="007F7E84" w14:paraId="1D5BB247" w14:textId="77777777">
        <w:trPr>
          <w:cantSplit/>
        </w:trPr>
        <w:tc>
          <w:tcPr>
            <w:tcW w:w="9636" w:type="dxa"/>
            <w:gridSpan w:val="8"/>
            <w:shd w:val="clear" w:color="auto" w:fill="F4F4F4"/>
          </w:tcPr>
          <w:p w14:paraId="0D94B7CC" w14:textId="77777777" w:rsidR="007F7E84" w:rsidRDefault="00000000">
            <w:pPr>
              <w:keepNext/>
            </w:pPr>
            <w:r>
              <w:rPr>
                <w:sz w:val="16"/>
              </w:rPr>
              <w:t xml:space="preserve"> Act de identitate</w:t>
            </w:r>
          </w:p>
        </w:tc>
      </w:tr>
      <w:tr w:rsidR="007F7E84" w14:paraId="229F2206" w14:textId="77777777">
        <w:trPr>
          <w:cantSplit/>
          <w:trHeight w:val="510"/>
        </w:trPr>
        <w:tc>
          <w:tcPr>
            <w:tcW w:w="1606" w:type="dxa"/>
          </w:tcPr>
          <w:p w14:paraId="61D304DD" w14:textId="77777777" w:rsidR="007F7E84" w:rsidRDefault="00000000">
            <w:pPr>
              <w:keepNext/>
            </w:pPr>
            <w:r>
              <w:rPr>
                <w:b/>
                <w:color w:val="0D5F78"/>
              </w:rPr>
              <w:t>Seria</w:t>
            </w:r>
          </w:p>
          <w:p w14:paraId="776E7F87" w14:textId="77777777" w:rsidR="007F7E84" w:rsidRDefault="007F7E84">
            <w:pPr>
              <w:keepNext/>
            </w:pPr>
          </w:p>
        </w:tc>
        <w:tc>
          <w:tcPr>
            <w:tcW w:w="1606" w:type="dxa"/>
          </w:tcPr>
          <w:p w14:paraId="651F57CD" w14:textId="77777777" w:rsidR="007F7E84" w:rsidRDefault="00000000">
            <w:pPr>
              <w:keepNext/>
            </w:pPr>
            <w:r>
              <w:rPr>
                <w:b/>
                <w:color w:val="0D5F78"/>
              </w:rPr>
              <w:t>Numărul</w:t>
            </w:r>
          </w:p>
          <w:p w14:paraId="7E7833C1" w14:textId="77777777" w:rsidR="007F7E84" w:rsidRDefault="007F7E84">
            <w:pPr>
              <w:keepNext/>
            </w:pPr>
          </w:p>
        </w:tc>
        <w:tc>
          <w:tcPr>
            <w:tcW w:w="4818" w:type="dxa"/>
            <w:gridSpan w:val="5"/>
          </w:tcPr>
          <w:p w14:paraId="64665C9C" w14:textId="77777777" w:rsidR="007F7E84" w:rsidRDefault="00000000">
            <w:pPr>
              <w:keepNext/>
            </w:pPr>
            <w:r>
              <w:rPr>
                <w:b/>
                <w:color w:val="0D5F78"/>
              </w:rPr>
              <w:t>Eliberat de</w:t>
            </w:r>
          </w:p>
          <w:p w14:paraId="45FBC349" w14:textId="77777777" w:rsidR="007F7E84" w:rsidRDefault="007F7E84">
            <w:pPr>
              <w:keepNext/>
            </w:pPr>
          </w:p>
        </w:tc>
        <w:tc>
          <w:tcPr>
            <w:tcW w:w="1606" w:type="dxa"/>
          </w:tcPr>
          <w:p w14:paraId="667F8F99" w14:textId="77777777" w:rsidR="007F7E84" w:rsidRDefault="00000000">
            <w:pPr>
              <w:keepNext/>
            </w:pPr>
            <w:r>
              <w:rPr>
                <w:b/>
                <w:color w:val="0D5F78"/>
              </w:rPr>
              <w:t>La data</w:t>
            </w:r>
          </w:p>
          <w:p w14:paraId="46B4D6BE" w14:textId="77777777" w:rsidR="007F7E84" w:rsidRDefault="007F7E84">
            <w:pPr>
              <w:keepNext/>
            </w:pPr>
          </w:p>
        </w:tc>
      </w:tr>
      <w:tr w:rsidR="007F7E84" w14:paraId="7F0BAC5A" w14:textId="77777777">
        <w:trPr>
          <w:cantSplit/>
        </w:trPr>
        <w:tc>
          <w:tcPr>
            <w:tcW w:w="9636" w:type="dxa"/>
            <w:gridSpan w:val="8"/>
            <w:shd w:val="clear" w:color="auto" w:fill="F4F4F4"/>
          </w:tcPr>
          <w:p w14:paraId="4DE90257" w14:textId="77777777" w:rsidR="007F7E84" w:rsidRDefault="00000000">
            <w:pPr>
              <w:keepNext/>
            </w:pPr>
            <w:r>
              <w:rPr>
                <w:sz w:val="16"/>
              </w:rPr>
              <w:t xml:space="preserve"> Domiciliul</w:t>
            </w:r>
          </w:p>
        </w:tc>
      </w:tr>
      <w:tr w:rsidR="007F7E84" w14:paraId="7EB0CBBA" w14:textId="77777777">
        <w:trPr>
          <w:cantSplit/>
          <w:trHeight w:val="510"/>
        </w:trPr>
        <w:tc>
          <w:tcPr>
            <w:tcW w:w="3212" w:type="dxa"/>
            <w:gridSpan w:val="2"/>
          </w:tcPr>
          <w:p w14:paraId="7DDFF659" w14:textId="77777777" w:rsidR="007F7E84" w:rsidRDefault="00000000">
            <w:pPr>
              <w:keepNext/>
            </w:pPr>
            <w:r>
              <w:rPr>
                <w:b/>
                <w:color w:val="0D5F78"/>
              </w:rPr>
              <w:t>Județul</w:t>
            </w:r>
          </w:p>
          <w:p w14:paraId="13FAA5B4" w14:textId="77777777" w:rsidR="007F7E84" w:rsidRDefault="007F7E84">
            <w:pPr>
              <w:keepNext/>
            </w:pPr>
          </w:p>
        </w:tc>
        <w:tc>
          <w:tcPr>
            <w:tcW w:w="3212" w:type="dxa"/>
            <w:gridSpan w:val="4"/>
          </w:tcPr>
          <w:p w14:paraId="11B39720" w14:textId="77777777" w:rsidR="007F7E84" w:rsidRDefault="00000000">
            <w:pPr>
              <w:keepNext/>
            </w:pPr>
            <w:r>
              <w:rPr>
                <w:b/>
                <w:color w:val="0D5F78"/>
              </w:rPr>
              <w:t>Municipiul / orașul / comuna</w:t>
            </w:r>
          </w:p>
          <w:p w14:paraId="31B96AF6" w14:textId="77777777" w:rsidR="007F7E84" w:rsidRDefault="007F7E84">
            <w:pPr>
              <w:keepNext/>
            </w:pPr>
          </w:p>
        </w:tc>
        <w:tc>
          <w:tcPr>
            <w:tcW w:w="3212" w:type="dxa"/>
            <w:gridSpan w:val="2"/>
          </w:tcPr>
          <w:p w14:paraId="31492C05" w14:textId="77777777" w:rsidR="007F7E84" w:rsidRDefault="00000000">
            <w:pPr>
              <w:keepNext/>
            </w:pPr>
            <w:r>
              <w:rPr>
                <w:b/>
                <w:color w:val="0D5F78"/>
              </w:rPr>
              <w:t>Satul / sectorul</w:t>
            </w:r>
          </w:p>
          <w:p w14:paraId="5F2A8EAF" w14:textId="77777777" w:rsidR="007F7E84" w:rsidRDefault="007F7E84">
            <w:pPr>
              <w:keepNext/>
            </w:pPr>
          </w:p>
        </w:tc>
      </w:tr>
      <w:tr w:rsidR="007F7E84" w14:paraId="05FD705A" w14:textId="77777777">
        <w:trPr>
          <w:cantSplit/>
          <w:trHeight w:val="510"/>
        </w:trPr>
        <w:tc>
          <w:tcPr>
            <w:tcW w:w="3212" w:type="dxa"/>
            <w:gridSpan w:val="2"/>
          </w:tcPr>
          <w:p w14:paraId="5F849DF2" w14:textId="77777777" w:rsidR="007F7E84" w:rsidRDefault="00000000">
            <w:pPr>
              <w:keepNext/>
            </w:pPr>
            <w:r>
              <w:rPr>
                <w:b/>
                <w:color w:val="0D5F78"/>
              </w:rPr>
              <w:t>Strada</w:t>
            </w:r>
          </w:p>
          <w:p w14:paraId="7DAC4505" w14:textId="77777777" w:rsidR="007F7E84" w:rsidRDefault="007F7E84">
            <w:pPr>
              <w:keepNext/>
            </w:pPr>
          </w:p>
        </w:tc>
        <w:tc>
          <w:tcPr>
            <w:tcW w:w="803" w:type="dxa"/>
          </w:tcPr>
          <w:p w14:paraId="54E0D789" w14:textId="77777777" w:rsidR="007F7E84" w:rsidRDefault="00000000">
            <w:pPr>
              <w:keepNext/>
            </w:pPr>
            <w:r>
              <w:rPr>
                <w:b/>
                <w:color w:val="0D5F78"/>
              </w:rPr>
              <w:t>Nr.</w:t>
            </w:r>
          </w:p>
          <w:p w14:paraId="50B99363" w14:textId="77777777" w:rsidR="007F7E84" w:rsidRDefault="007F7E84">
            <w:pPr>
              <w:keepNext/>
            </w:pPr>
          </w:p>
        </w:tc>
        <w:tc>
          <w:tcPr>
            <w:tcW w:w="803" w:type="dxa"/>
          </w:tcPr>
          <w:p w14:paraId="7A581707" w14:textId="77777777" w:rsidR="007F7E84" w:rsidRDefault="00000000">
            <w:pPr>
              <w:keepNext/>
            </w:pPr>
            <w:r>
              <w:rPr>
                <w:b/>
                <w:color w:val="0D5F78"/>
              </w:rPr>
              <w:t>Sc.</w:t>
            </w:r>
          </w:p>
          <w:p w14:paraId="20784E1F" w14:textId="77777777" w:rsidR="007F7E84" w:rsidRDefault="007F7E84">
            <w:pPr>
              <w:keepNext/>
            </w:pPr>
          </w:p>
        </w:tc>
        <w:tc>
          <w:tcPr>
            <w:tcW w:w="803" w:type="dxa"/>
          </w:tcPr>
          <w:p w14:paraId="4259C85D" w14:textId="77777777" w:rsidR="007F7E84" w:rsidRDefault="00000000">
            <w:pPr>
              <w:keepNext/>
            </w:pPr>
            <w:r>
              <w:rPr>
                <w:b/>
                <w:color w:val="0D5F78"/>
              </w:rPr>
              <w:t>Et.</w:t>
            </w:r>
          </w:p>
          <w:p w14:paraId="09686E1B" w14:textId="77777777" w:rsidR="007F7E84" w:rsidRDefault="007F7E84">
            <w:pPr>
              <w:keepNext/>
            </w:pPr>
          </w:p>
        </w:tc>
        <w:tc>
          <w:tcPr>
            <w:tcW w:w="803" w:type="dxa"/>
          </w:tcPr>
          <w:p w14:paraId="0654BEE1" w14:textId="77777777" w:rsidR="007F7E84" w:rsidRDefault="00000000">
            <w:pPr>
              <w:keepNext/>
            </w:pPr>
            <w:r>
              <w:rPr>
                <w:b/>
                <w:color w:val="0D5F78"/>
              </w:rPr>
              <w:t>Ap.</w:t>
            </w:r>
          </w:p>
          <w:p w14:paraId="7C2B72A2" w14:textId="77777777" w:rsidR="007F7E84" w:rsidRDefault="007F7E84">
            <w:pPr>
              <w:keepNext/>
            </w:pPr>
          </w:p>
        </w:tc>
        <w:tc>
          <w:tcPr>
            <w:tcW w:w="1606" w:type="dxa"/>
          </w:tcPr>
          <w:p w14:paraId="29D9BA32" w14:textId="77777777" w:rsidR="007F7E84" w:rsidRDefault="00000000">
            <w:pPr>
              <w:keepNext/>
            </w:pPr>
            <w:r>
              <w:rPr>
                <w:b/>
                <w:color w:val="0D5F78"/>
              </w:rPr>
              <w:t>Cod poștal</w:t>
            </w:r>
          </w:p>
          <w:p w14:paraId="20C8E80F" w14:textId="77777777" w:rsidR="007F7E84" w:rsidRDefault="007F7E84">
            <w:pPr>
              <w:keepNext/>
            </w:pPr>
          </w:p>
        </w:tc>
        <w:tc>
          <w:tcPr>
            <w:tcW w:w="1606" w:type="dxa"/>
          </w:tcPr>
          <w:p w14:paraId="567B3D66" w14:textId="77777777" w:rsidR="007F7E84" w:rsidRDefault="00000000">
            <w:pPr>
              <w:keepNext/>
            </w:pPr>
            <w:r>
              <w:rPr>
                <w:b/>
                <w:color w:val="0D5F78"/>
              </w:rPr>
              <w:t>Țara</w:t>
            </w:r>
          </w:p>
          <w:p w14:paraId="50EF4380" w14:textId="77777777" w:rsidR="007F7E84" w:rsidRDefault="007F7E84">
            <w:pPr>
              <w:keepNext/>
            </w:pPr>
          </w:p>
        </w:tc>
      </w:tr>
      <w:tr w:rsidR="007F7E84" w14:paraId="3680885D" w14:textId="77777777">
        <w:trPr>
          <w:cantSplit/>
        </w:trPr>
        <w:tc>
          <w:tcPr>
            <w:tcW w:w="9636" w:type="dxa"/>
            <w:gridSpan w:val="8"/>
            <w:shd w:val="clear" w:color="auto" w:fill="F4F4F4"/>
          </w:tcPr>
          <w:p w14:paraId="66CBE0EB" w14:textId="77777777" w:rsidR="007F7E84" w:rsidRDefault="00000000">
            <w:pPr>
              <w:keepNext/>
            </w:pPr>
            <w:r>
              <w:rPr>
                <w:sz w:val="16"/>
              </w:rPr>
              <w:t xml:space="preserve"> Date de contact</w:t>
            </w:r>
          </w:p>
        </w:tc>
      </w:tr>
      <w:tr w:rsidR="007F7E84" w14:paraId="0E1801DF" w14:textId="77777777">
        <w:trPr>
          <w:cantSplit/>
          <w:trHeight w:val="510"/>
        </w:trPr>
        <w:tc>
          <w:tcPr>
            <w:tcW w:w="4015" w:type="dxa"/>
            <w:gridSpan w:val="3"/>
          </w:tcPr>
          <w:p w14:paraId="7BFC2E53" w14:textId="77777777" w:rsidR="007F7E84" w:rsidRDefault="00000000">
            <w:pPr>
              <w:keepNext/>
            </w:pPr>
            <w:r>
              <w:rPr>
                <w:b/>
                <w:color w:val="0D5F78"/>
              </w:rPr>
              <w:t>Telefon / fax</w:t>
            </w:r>
          </w:p>
          <w:p w14:paraId="148A1E7D" w14:textId="77777777" w:rsidR="007F7E84" w:rsidRDefault="007F7E84">
            <w:pPr>
              <w:keepNext/>
            </w:pPr>
          </w:p>
        </w:tc>
        <w:tc>
          <w:tcPr>
            <w:tcW w:w="5621" w:type="dxa"/>
            <w:gridSpan w:val="5"/>
          </w:tcPr>
          <w:p w14:paraId="11C07076" w14:textId="77777777" w:rsidR="007F7E84" w:rsidRDefault="00000000">
            <w:pPr>
              <w:keepNext/>
            </w:pPr>
            <w:r>
              <w:rPr>
                <w:b/>
                <w:color w:val="0D5F78"/>
              </w:rPr>
              <w:t>E-mail</w:t>
            </w:r>
          </w:p>
          <w:p w14:paraId="1EA72A8C" w14:textId="77777777" w:rsidR="007F7E84" w:rsidRDefault="007F7E84">
            <w:pPr>
              <w:keepNext/>
            </w:pPr>
          </w:p>
        </w:tc>
      </w:tr>
      <w:tr w:rsidR="007F7E84" w14:paraId="5D9688D0" w14:textId="77777777">
        <w:trPr>
          <w:cantSplit/>
        </w:trPr>
        <w:tc>
          <w:tcPr>
            <w:tcW w:w="9636" w:type="dxa"/>
            <w:gridSpan w:val="8"/>
            <w:shd w:val="clear" w:color="auto" w:fill="F4F4F4"/>
          </w:tcPr>
          <w:p w14:paraId="4A0C86A7" w14:textId="77777777" w:rsidR="007F7E84" w:rsidRDefault="00000000">
            <w:pPr>
              <w:keepNext/>
            </w:pPr>
            <w:r>
              <w:rPr>
                <w:sz w:val="16"/>
              </w:rPr>
              <w:t xml:space="preserve"> Reprezentare</w:t>
            </w:r>
          </w:p>
        </w:tc>
      </w:tr>
      <w:tr w:rsidR="007F7E84" w14:paraId="60ABE85B" w14:textId="77777777">
        <w:trPr>
          <w:cantSplit/>
          <w:trHeight w:val="510"/>
        </w:trPr>
        <w:tc>
          <w:tcPr>
            <w:tcW w:w="6424" w:type="dxa"/>
            <w:gridSpan w:val="6"/>
          </w:tcPr>
          <w:p w14:paraId="730B6CB9" w14:textId="77777777" w:rsidR="007F7E84" w:rsidRDefault="00000000">
            <w:pPr>
              <w:keepNext/>
            </w:pPr>
            <w:r>
              <w:rPr>
                <w:b/>
                <w:color w:val="0D5F78"/>
              </w:rPr>
              <w:t>În calitate de reprezentant al</w:t>
            </w:r>
          </w:p>
          <w:p w14:paraId="1856FB42" w14:textId="77777777" w:rsidR="007F7E84" w:rsidRDefault="007F7E84">
            <w:pPr>
              <w:keepNext/>
            </w:pPr>
          </w:p>
        </w:tc>
        <w:tc>
          <w:tcPr>
            <w:tcW w:w="3212" w:type="dxa"/>
            <w:gridSpan w:val="2"/>
          </w:tcPr>
          <w:p w14:paraId="5BF1C4CD" w14:textId="77777777" w:rsidR="007F7E84" w:rsidRDefault="00000000">
            <w:pPr>
              <w:keepNext/>
            </w:pPr>
            <w:r>
              <w:rPr>
                <w:b/>
                <w:color w:val="0D5F78"/>
              </w:rPr>
              <w:t>CUI / CIF</w:t>
            </w:r>
          </w:p>
          <w:p w14:paraId="6517E4A8" w14:textId="77777777" w:rsidR="007F7E84" w:rsidRDefault="007F7E84">
            <w:pPr>
              <w:keepNext/>
            </w:pPr>
          </w:p>
        </w:tc>
      </w:tr>
      <w:tr w:rsidR="007F7E84" w:rsidRPr="00505208" w14:paraId="4E3D7D48" w14:textId="77777777">
        <w:trPr>
          <w:cantSplit/>
        </w:trPr>
        <w:tc>
          <w:tcPr>
            <w:tcW w:w="9636" w:type="dxa"/>
            <w:gridSpan w:val="8"/>
          </w:tcPr>
          <w:p w14:paraId="3DFDD768" w14:textId="77777777" w:rsidR="007F7E84" w:rsidRPr="00243AD6" w:rsidRDefault="00000000">
            <w:pPr>
              <w:rPr>
                <w:lang w:val="fr-FR"/>
              </w:rPr>
            </w:pPr>
            <w:r w:rsidRPr="00243AD6">
              <w:rPr>
                <w:sz w:val="16"/>
                <w:lang w:val="fr-FR"/>
              </w:rPr>
              <w:t xml:space="preserve"> ☐ titular al dreptului de proprietate     ☐ împuternicit al titularului</w:t>
            </w:r>
          </w:p>
        </w:tc>
      </w:tr>
    </w:tbl>
    <w:p w14:paraId="27FC1E75" w14:textId="77777777" w:rsidR="007F7E84" w:rsidRPr="00243AD6" w:rsidRDefault="007F7E84">
      <w:pPr>
        <w:spacing w:line="168" w:lineRule="auto"/>
        <w:rPr>
          <w:lang w:val="fr-FR"/>
        </w:rPr>
      </w:pPr>
    </w:p>
    <w:p w14:paraId="43AABD16" w14:textId="77777777" w:rsidR="007F7E84" w:rsidRPr="00243AD6" w:rsidRDefault="00000000" w:rsidP="00243AD6">
      <w:pPr>
        <w:spacing w:before="80" w:after="60"/>
        <w:jc w:val="center"/>
        <w:rPr>
          <w:lang w:val="fr-FR"/>
        </w:rPr>
      </w:pPr>
      <w:r w:rsidRPr="00243AD6">
        <w:rPr>
          <w:sz w:val="18"/>
          <w:lang w:val="fr-FR"/>
        </w:rPr>
        <w:t>în conformitate cu secțiunea a 4-a din Legea nr. 169/2026 privind Codul amenajării teritoriului, urbanismului și construcțiilor, în temeiul art. 301, solicit emiterea</w:t>
      </w:r>
    </w:p>
    <w:p w14:paraId="04BB4E9A" w14:textId="77777777" w:rsidR="007F7E84" w:rsidRDefault="00000000">
      <w:pPr>
        <w:spacing w:after="160"/>
        <w:jc w:val="center"/>
      </w:pPr>
      <w:r>
        <w:rPr>
          <w:b/>
          <w:sz w:val="20"/>
        </w:rPr>
        <w:t>AUTORIZAȚIEI DE REGULARIZARE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7F7E84" w14:paraId="778BF291" w14:textId="77777777">
        <w:trPr>
          <w:cantSplit/>
        </w:trPr>
        <w:tc>
          <w:tcPr>
            <w:tcW w:w="9636" w:type="dxa"/>
            <w:gridSpan w:val="6"/>
            <w:shd w:val="clear" w:color="auto" w:fill="F4F4F4"/>
          </w:tcPr>
          <w:p w14:paraId="20C31867" w14:textId="77777777" w:rsidR="007F7E84" w:rsidRDefault="00000000">
            <w:pPr>
              <w:keepNext/>
            </w:pPr>
            <w:r>
              <w:rPr>
                <w:b/>
                <w:sz w:val="16"/>
              </w:rPr>
              <w:t xml:space="preserve"> 4. </w:t>
            </w:r>
            <w:r>
              <w:rPr>
                <w:b/>
                <w:color w:val="000000"/>
                <w:sz w:val="18"/>
              </w:rPr>
              <w:t>IMOBILUL</w:t>
            </w:r>
          </w:p>
        </w:tc>
      </w:tr>
      <w:tr w:rsidR="007F7E84" w14:paraId="5C043146" w14:textId="77777777">
        <w:trPr>
          <w:cantSplit/>
        </w:trPr>
        <w:tc>
          <w:tcPr>
            <w:tcW w:w="9636" w:type="dxa"/>
            <w:gridSpan w:val="6"/>
          </w:tcPr>
          <w:p w14:paraId="4EE5ABFF" w14:textId="77777777" w:rsidR="007F7E84" w:rsidRDefault="00000000">
            <w:pPr>
              <w:keepNext/>
            </w:pPr>
            <w:r>
              <w:rPr>
                <w:sz w:val="16"/>
              </w:rPr>
              <w:t xml:space="preserve"> ☐ teren     ☐ construcții</w:t>
            </w:r>
          </w:p>
        </w:tc>
      </w:tr>
      <w:tr w:rsidR="007F7E84" w14:paraId="0166EE93" w14:textId="77777777">
        <w:trPr>
          <w:cantSplit/>
          <w:trHeight w:val="510"/>
        </w:trPr>
        <w:tc>
          <w:tcPr>
            <w:tcW w:w="3212" w:type="dxa"/>
            <w:gridSpan w:val="2"/>
          </w:tcPr>
          <w:p w14:paraId="27E329E4" w14:textId="77777777" w:rsidR="007F7E84" w:rsidRDefault="00000000">
            <w:pPr>
              <w:keepNext/>
            </w:pPr>
            <w:r>
              <w:rPr>
                <w:b/>
                <w:color w:val="0D5F78"/>
              </w:rPr>
              <w:t>Județ</w:t>
            </w:r>
          </w:p>
          <w:p w14:paraId="50CAD30A" w14:textId="77777777" w:rsidR="007F7E84" w:rsidRDefault="007F7E84">
            <w:pPr>
              <w:keepNext/>
            </w:pPr>
          </w:p>
        </w:tc>
        <w:tc>
          <w:tcPr>
            <w:tcW w:w="3212" w:type="dxa"/>
            <w:gridSpan w:val="2"/>
          </w:tcPr>
          <w:p w14:paraId="100EFDDA" w14:textId="77777777" w:rsidR="007F7E84" w:rsidRDefault="00000000">
            <w:pPr>
              <w:keepNext/>
            </w:pPr>
            <w:r>
              <w:rPr>
                <w:b/>
                <w:color w:val="0D5F78"/>
              </w:rPr>
              <w:t>Municipiu / oraș / comună</w:t>
            </w:r>
          </w:p>
          <w:p w14:paraId="2A2D5828" w14:textId="77777777" w:rsidR="007F7E84" w:rsidRDefault="007F7E84">
            <w:pPr>
              <w:keepNext/>
            </w:pPr>
          </w:p>
        </w:tc>
        <w:tc>
          <w:tcPr>
            <w:tcW w:w="3212" w:type="dxa"/>
            <w:gridSpan w:val="2"/>
          </w:tcPr>
          <w:p w14:paraId="289BC6B5" w14:textId="77777777" w:rsidR="007F7E84" w:rsidRDefault="00000000">
            <w:pPr>
              <w:keepNext/>
            </w:pPr>
            <w:r>
              <w:rPr>
                <w:b/>
                <w:color w:val="0D5F78"/>
              </w:rPr>
              <w:t>Sat / sector</w:t>
            </w:r>
          </w:p>
          <w:p w14:paraId="7B22CEDD" w14:textId="77777777" w:rsidR="007F7E84" w:rsidRDefault="007F7E84">
            <w:pPr>
              <w:keepNext/>
            </w:pPr>
          </w:p>
        </w:tc>
      </w:tr>
      <w:tr w:rsidR="007F7E84" w14:paraId="313FABC9" w14:textId="77777777">
        <w:trPr>
          <w:cantSplit/>
          <w:trHeight w:val="510"/>
        </w:trPr>
        <w:tc>
          <w:tcPr>
            <w:tcW w:w="1606" w:type="dxa"/>
          </w:tcPr>
          <w:p w14:paraId="64DB1B4C" w14:textId="77777777" w:rsidR="007F7E84" w:rsidRDefault="00000000">
            <w:pPr>
              <w:keepNext/>
            </w:pPr>
            <w:r>
              <w:rPr>
                <w:b/>
                <w:color w:val="0D5F78"/>
              </w:rPr>
              <w:t>Cod poștal</w:t>
            </w:r>
          </w:p>
          <w:p w14:paraId="44B31EA8" w14:textId="77777777" w:rsidR="007F7E84" w:rsidRDefault="007F7E84">
            <w:pPr>
              <w:keepNext/>
            </w:pPr>
          </w:p>
        </w:tc>
        <w:tc>
          <w:tcPr>
            <w:tcW w:w="4818" w:type="dxa"/>
            <w:gridSpan w:val="3"/>
          </w:tcPr>
          <w:p w14:paraId="26ABF57D" w14:textId="77777777" w:rsidR="007F7E84" w:rsidRDefault="00000000">
            <w:pPr>
              <w:keepNext/>
            </w:pPr>
            <w:r>
              <w:rPr>
                <w:b/>
                <w:color w:val="0D5F78"/>
              </w:rPr>
              <w:t>Strada</w:t>
            </w:r>
          </w:p>
          <w:p w14:paraId="2DF589D0" w14:textId="77777777" w:rsidR="007F7E84" w:rsidRDefault="007F7E84">
            <w:pPr>
              <w:keepNext/>
            </w:pPr>
          </w:p>
        </w:tc>
        <w:tc>
          <w:tcPr>
            <w:tcW w:w="803" w:type="dxa"/>
          </w:tcPr>
          <w:p w14:paraId="3FB4BC64" w14:textId="77777777" w:rsidR="007F7E84" w:rsidRDefault="00000000">
            <w:pPr>
              <w:keepNext/>
            </w:pPr>
            <w:r>
              <w:rPr>
                <w:b/>
                <w:color w:val="0D5F78"/>
              </w:rPr>
              <w:t>Nr.</w:t>
            </w:r>
          </w:p>
          <w:p w14:paraId="13AC1B47" w14:textId="77777777" w:rsidR="007F7E84" w:rsidRDefault="007F7E84">
            <w:pPr>
              <w:keepNext/>
            </w:pPr>
          </w:p>
        </w:tc>
        <w:tc>
          <w:tcPr>
            <w:tcW w:w="2409" w:type="dxa"/>
          </w:tcPr>
          <w:p w14:paraId="4C9F2931" w14:textId="77777777" w:rsidR="007F7E84" w:rsidRDefault="00000000">
            <w:pPr>
              <w:keepNext/>
            </w:pPr>
            <w:r>
              <w:rPr>
                <w:b/>
                <w:color w:val="0D5F78"/>
              </w:rPr>
              <w:t>Bl. / sc. / et. / ap.</w:t>
            </w:r>
          </w:p>
          <w:p w14:paraId="10FC11B3" w14:textId="77777777" w:rsidR="007F7E84" w:rsidRDefault="007F7E84">
            <w:pPr>
              <w:keepNext/>
            </w:pPr>
          </w:p>
        </w:tc>
      </w:tr>
      <w:tr w:rsidR="007F7E84" w14:paraId="4C28B057" w14:textId="77777777">
        <w:trPr>
          <w:cantSplit/>
          <w:trHeight w:val="510"/>
        </w:trPr>
        <w:tc>
          <w:tcPr>
            <w:tcW w:w="5621" w:type="dxa"/>
            <w:gridSpan w:val="3"/>
          </w:tcPr>
          <w:p w14:paraId="72AE1ADA" w14:textId="77777777" w:rsidR="007F7E84" w:rsidRPr="00243AD6" w:rsidRDefault="00000000">
            <w:pPr>
              <w:keepNext/>
              <w:rPr>
                <w:lang w:val="fr-FR"/>
              </w:rPr>
            </w:pPr>
            <w:r w:rsidRPr="00243AD6">
              <w:rPr>
                <w:b/>
                <w:color w:val="0D5F78"/>
                <w:lang w:val="fr-FR"/>
              </w:rPr>
              <w:t>Număr cadastral</w:t>
            </w:r>
          </w:p>
          <w:p w14:paraId="1C491F6C" w14:textId="77777777" w:rsidR="007F7E84" w:rsidRPr="00243AD6" w:rsidRDefault="00000000">
            <w:pPr>
              <w:keepNext/>
              <w:rPr>
                <w:lang w:val="fr-FR"/>
              </w:rPr>
            </w:pPr>
            <w:r w:rsidRPr="00243AD6">
              <w:rPr>
                <w:i/>
                <w:color w:val="7A7A7A"/>
                <w:lang w:val="fr-FR"/>
              </w:rPr>
              <w:t>dacă imobilul e înscris în e-Terra</w:t>
            </w:r>
          </w:p>
          <w:p w14:paraId="3C474063" w14:textId="77777777" w:rsidR="007F7E84" w:rsidRPr="00243AD6" w:rsidRDefault="007F7E84">
            <w:pPr>
              <w:keepNext/>
              <w:rPr>
                <w:lang w:val="fr-FR"/>
              </w:rPr>
            </w:pPr>
          </w:p>
        </w:tc>
        <w:tc>
          <w:tcPr>
            <w:tcW w:w="4015" w:type="dxa"/>
            <w:gridSpan w:val="3"/>
          </w:tcPr>
          <w:p w14:paraId="147DDAC1" w14:textId="77777777" w:rsidR="007F7E84" w:rsidRDefault="00000000">
            <w:pPr>
              <w:keepNext/>
            </w:pPr>
            <w:r>
              <w:rPr>
                <w:b/>
                <w:color w:val="0D5F78"/>
              </w:rPr>
              <w:t>Carte funciară nr.</w:t>
            </w:r>
          </w:p>
          <w:p w14:paraId="3B3DC7D9" w14:textId="77777777" w:rsidR="007F7E84" w:rsidRDefault="007F7E84">
            <w:pPr>
              <w:keepNext/>
            </w:pPr>
          </w:p>
        </w:tc>
      </w:tr>
      <w:tr w:rsidR="007F7E84" w14:paraId="70D49130" w14:textId="77777777">
        <w:trPr>
          <w:cantSplit/>
        </w:trPr>
        <w:tc>
          <w:tcPr>
            <w:tcW w:w="9636" w:type="dxa"/>
            <w:gridSpan w:val="6"/>
          </w:tcPr>
          <w:p w14:paraId="5001D1A5" w14:textId="77777777" w:rsidR="007F7E84" w:rsidRDefault="00000000">
            <w:r>
              <w:rPr>
                <w:sz w:val="16"/>
              </w:rPr>
              <w:t xml:space="preserve"> ☐ extras de carte funciară actualizat, anexat     ☐ plan de încadrare în zonă în sistem Stereo 70, anexat</w:t>
            </w:r>
          </w:p>
        </w:tc>
      </w:tr>
    </w:tbl>
    <w:p w14:paraId="2335E80A" w14:textId="1B6EA979" w:rsidR="007F7E84" w:rsidRDefault="007F7E84"/>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148091AF" w14:textId="77777777">
        <w:trPr>
          <w:cantSplit/>
        </w:trPr>
        <w:tc>
          <w:tcPr>
            <w:tcW w:w="9636" w:type="dxa"/>
            <w:shd w:val="clear" w:color="auto" w:fill="F4F4F4"/>
          </w:tcPr>
          <w:p w14:paraId="66137BC8" w14:textId="77777777" w:rsidR="007F7E84" w:rsidRDefault="00000000">
            <w:pPr>
              <w:keepNext/>
            </w:pPr>
            <w:r>
              <w:rPr>
                <w:b/>
                <w:sz w:val="16"/>
              </w:rPr>
              <w:t xml:space="preserve"> 5. </w:t>
            </w:r>
            <w:r>
              <w:rPr>
                <w:b/>
                <w:color w:val="000000"/>
                <w:sz w:val="18"/>
              </w:rPr>
              <w:t>SITUAȚIA CONSTRUCȚIEI</w:t>
            </w:r>
          </w:p>
        </w:tc>
      </w:tr>
      <w:tr w:rsidR="007F7E84" w:rsidRPr="00505208" w14:paraId="727F54F8" w14:textId="77777777">
        <w:trPr>
          <w:cantSplit/>
        </w:trPr>
        <w:tc>
          <w:tcPr>
            <w:tcW w:w="9636" w:type="dxa"/>
          </w:tcPr>
          <w:p w14:paraId="23619AE0" w14:textId="77777777" w:rsidR="007F7E84" w:rsidRPr="00243AD6" w:rsidRDefault="00000000">
            <w:pPr>
              <w:keepNext/>
              <w:rPr>
                <w:lang w:val="fr-FR"/>
              </w:rPr>
            </w:pPr>
            <w:r w:rsidRPr="00243AD6">
              <w:rPr>
                <w:sz w:val="16"/>
                <w:lang w:val="fr-FR"/>
              </w:rPr>
              <w:t xml:space="preserve"> ☐ realizată FĂRĂ autorizație de construire     ☐ realizată CU NERESPECTAREA autorizației de construire</w:t>
            </w:r>
          </w:p>
        </w:tc>
      </w:tr>
      <w:tr w:rsidR="007F7E84" w:rsidRPr="00505208" w14:paraId="6A13FF02" w14:textId="77777777">
        <w:trPr>
          <w:cantSplit/>
          <w:trHeight w:val="510"/>
        </w:trPr>
        <w:tc>
          <w:tcPr>
            <w:tcW w:w="9636" w:type="dxa"/>
          </w:tcPr>
          <w:p w14:paraId="19EBA6E1" w14:textId="77777777" w:rsidR="007F7E84" w:rsidRPr="00243AD6" w:rsidRDefault="00000000">
            <w:pPr>
              <w:keepNext/>
              <w:rPr>
                <w:lang w:val="fr-FR"/>
              </w:rPr>
            </w:pPr>
            <w:r w:rsidRPr="00243AD6">
              <w:rPr>
                <w:b/>
                <w:color w:val="0D5F78"/>
                <w:lang w:val="fr-FR"/>
              </w:rPr>
              <w:t>Autorizația nerespectată — nr. / data / emitent</w:t>
            </w:r>
          </w:p>
          <w:p w14:paraId="006DD817" w14:textId="77777777" w:rsidR="007F7E84" w:rsidRPr="00243AD6" w:rsidRDefault="00000000">
            <w:pPr>
              <w:keepNext/>
              <w:rPr>
                <w:lang w:val="fr-FR"/>
              </w:rPr>
            </w:pPr>
            <w:r w:rsidRPr="00243AD6">
              <w:rPr>
                <w:i/>
                <w:color w:val="7A7A7A"/>
                <w:lang w:val="fr-FR"/>
              </w:rPr>
              <w:t>dacă este cazul</w:t>
            </w:r>
          </w:p>
          <w:p w14:paraId="11078F60" w14:textId="77777777" w:rsidR="007F7E84" w:rsidRPr="00243AD6" w:rsidRDefault="007F7E84">
            <w:pPr>
              <w:keepNext/>
              <w:rPr>
                <w:lang w:val="fr-FR"/>
              </w:rPr>
            </w:pPr>
          </w:p>
        </w:tc>
      </w:tr>
      <w:tr w:rsidR="007F7E84" w14:paraId="36617DBD" w14:textId="77777777">
        <w:trPr>
          <w:cantSplit/>
        </w:trPr>
        <w:tc>
          <w:tcPr>
            <w:tcW w:w="9636" w:type="dxa"/>
            <w:shd w:val="clear" w:color="auto" w:fill="F4F4F4"/>
          </w:tcPr>
          <w:p w14:paraId="1C2AF0B8" w14:textId="77777777" w:rsidR="007F7E84" w:rsidRDefault="00000000">
            <w:pPr>
              <w:keepNext/>
            </w:pPr>
            <w:r w:rsidRPr="00243AD6">
              <w:rPr>
                <w:sz w:val="16"/>
                <w:lang w:val="fr-FR"/>
              </w:rPr>
              <w:t xml:space="preserve"> </w:t>
            </w:r>
            <w:r>
              <w:rPr>
                <w:sz w:val="16"/>
              </w:rPr>
              <w:t>Încadrarea — art. 301, se bifează cazul aplicabil</w:t>
            </w:r>
          </w:p>
        </w:tc>
      </w:tr>
      <w:tr w:rsidR="007F7E84" w:rsidRPr="00505208" w14:paraId="05C2ADAA" w14:textId="77777777">
        <w:trPr>
          <w:cantSplit/>
        </w:trPr>
        <w:tc>
          <w:tcPr>
            <w:tcW w:w="9636" w:type="dxa"/>
          </w:tcPr>
          <w:p w14:paraId="55218CA8" w14:textId="77777777" w:rsidR="007F7E84" w:rsidRDefault="00000000">
            <w:r>
              <w:rPr>
                <w:sz w:val="16"/>
              </w:rPr>
              <w:t>☐ alin. (2) — locuință unifamilială, suprafață construită desfășurată de cel mult 150 mp, care nu este monument istoric</w:t>
            </w:r>
          </w:p>
          <w:p w14:paraId="031DF070" w14:textId="77777777" w:rsidR="007F7E84" w:rsidRDefault="00000000">
            <w:r>
              <w:rPr>
                <w:sz w:val="16"/>
              </w:rPr>
              <w:t>☐ alin. (2) — anexă a locuinței / gospodărească / a exploatației agricole, de cel mult 150 mp</w:t>
            </w:r>
          </w:p>
          <w:p w14:paraId="2E9D9F47" w14:textId="77777777" w:rsidR="007F7E84" w:rsidRDefault="00000000">
            <w:r>
              <w:rPr>
                <w:sz w:val="16"/>
              </w:rPr>
              <w:t>☐ alin. (2) — lucrări de închidere a balcoanelor, fără extindere pe domeniul public</w:t>
            </w:r>
          </w:p>
          <w:p w14:paraId="6FF42F2C" w14:textId="77777777" w:rsidR="007F7E84" w:rsidRPr="00243AD6" w:rsidRDefault="00000000">
            <w:pPr>
              <w:rPr>
                <w:lang w:val="fr-FR"/>
              </w:rPr>
            </w:pPr>
            <w:r w:rsidRPr="00243AD6">
              <w:rPr>
                <w:sz w:val="16"/>
                <w:lang w:val="fr-FR"/>
              </w:rPr>
              <w:t>☐ alin. (7) — alte categorii, în termenul de excepție de cel mult 1 an de la intrarea în vigoare a Codului</w:t>
            </w:r>
          </w:p>
        </w:tc>
      </w:tr>
    </w:tbl>
    <w:p w14:paraId="188CFDD8"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7F7E84" w:rsidRPr="00505208" w14:paraId="4E1E6A3A" w14:textId="77777777">
        <w:trPr>
          <w:cantSplit/>
        </w:trPr>
        <w:tc>
          <w:tcPr>
            <w:tcW w:w="9636" w:type="dxa"/>
            <w:gridSpan w:val="3"/>
            <w:shd w:val="clear" w:color="auto" w:fill="F4F4F4"/>
          </w:tcPr>
          <w:p w14:paraId="73F30BF3" w14:textId="24C30B52" w:rsidR="007F7E84" w:rsidRPr="00505208" w:rsidRDefault="00000000">
            <w:pPr>
              <w:keepNext/>
              <w:rPr>
                <w:lang w:val="fr-FR"/>
              </w:rPr>
            </w:pPr>
            <w:r w:rsidRPr="00243AD6">
              <w:rPr>
                <w:b/>
                <w:sz w:val="16"/>
                <w:lang w:val="fr-FR"/>
              </w:rPr>
              <w:lastRenderedPageBreak/>
              <w:t xml:space="preserve"> </w:t>
            </w:r>
            <w:r w:rsidRPr="00505208">
              <w:rPr>
                <w:b/>
                <w:sz w:val="16"/>
                <w:lang w:val="fr-FR"/>
              </w:rPr>
              <w:t xml:space="preserve">6. </w:t>
            </w:r>
            <w:r w:rsidRPr="00505208">
              <w:rPr>
                <w:b/>
                <w:color w:val="000000"/>
                <w:sz w:val="18"/>
                <w:lang w:val="fr-FR"/>
              </w:rPr>
              <w:t>DOCUMENTAȚIA ȘI EXPERTIZAREA</w:t>
            </w:r>
            <w:r w:rsidR="00505208" w:rsidRPr="00505208">
              <w:rPr>
                <w:b/>
                <w:color w:val="000000"/>
                <w:sz w:val="18"/>
                <w:lang w:val="fr-FR"/>
              </w:rPr>
              <w:t xml:space="preserve"> TEHNICĂ PENTRU</w:t>
            </w:r>
            <w:r w:rsidR="00505208">
              <w:rPr>
                <w:b/>
                <w:color w:val="000000"/>
                <w:sz w:val="18"/>
                <w:lang w:val="fr-FR"/>
              </w:rPr>
              <w:t xml:space="preserve"> CERINȚELE FUNDAMNETALE</w:t>
            </w:r>
          </w:p>
        </w:tc>
      </w:tr>
      <w:tr w:rsidR="007F7E84" w14:paraId="7F2D4AE1" w14:textId="77777777">
        <w:trPr>
          <w:cantSplit/>
          <w:trHeight w:val="510"/>
        </w:trPr>
        <w:tc>
          <w:tcPr>
            <w:tcW w:w="2409" w:type="dxa"/>
          </w:tcPr>
          <w:p w14:paraId="7FDE2422" w14:textId="77777777" w:rsidR="007F7E84" w:rsidRDefault="00000000">
            <w:pPr>
              <w:keepNext/>
            </w:pPr>
            <w:r>
              <w:rPr>
                <w:b/>
                <w:color w:val="0D5F78"/>
              </w:rPr>
              <w:t>P.A.C. nr. / data</w:t>
            </w:r>
          </w:p>
          <w:p w14:paraId="081D303B" w14:textId="77777777" w:rsidR="007F7E84" w:rsidRDefault="007F7E84">
            <w:pPr>
              <w:keepNext/>
            </w:pPr>
          </w:p>
        </w:tc>
        <w:tc>
          <w:tcPr>
            <w:tcW w:w="4015" w:type="dxa"/>
          </w:tcPr>
          <w:p w14:paraId="62CFEEEB" w14:textId="77777777" w:rsidR="007F7E84" w:rsidRDefault="00000000">
            <w:pPr>
              <w:keepNext/>
            </w:pPr>
            <w:r>
              <w:rPr>
                <w:b/>
                <w:color w:val="0D5F78"/>
              </w:rPr>
              <w:t>Elaborator</w:t>
            </w:r>
          </w:p>
          <w:p w14:paraId="5E0DA302" w14:textId="77777777" w:rsidR="007F7E84" w:rsidRDefault="007F7E84">
            <w:pPr>
              <w:keepNext/>
            </w:pPr>
          </w:p>
        </w:tc>
        <w:tc>
          <w:tcPr>
            <w:tcW w:w="3212" w:type="dxa"/>
          </w:tcPr>
          <w:p w14:paraId="4C33644F" w14:textId="77777777" w:rsidR="007F7E84" w:rsidRDefault="00000000">
            <w:pPr>
              <w:keepNext/>
            </w:pPr>
            <w:r>
              <w:rPr>
                <w:b/>
                <w:color w:val="0D5F78"/>
              </w:rPr>
              <w:t>Proiectant autor — nr. TNA</w:t>
            </w:r>
          </w:p>
          <w:p w14:paraId="6A9C09B5" w14:textId="77777777" w:rsidR="007F7E84" w:rsidRDefault="007F7E84">
            <w:pPr>
              <w:keepNext/>
            </w:pPr>
          </w:p>
        </w:tc>
      </w:tr>
      <w:tr w:rsidR="007F7E84" w:rsidRPr="00243AD6" w14:paraId="6814C06F" w14:textId="77777777">
        <w:trPr>
          <w:cantSplit/>
        </w:trPr>
        <w:tc>
          <w:tcPr>
            <w:tcW w:w="9636" w:type="dxa"/>
            <w:gridSpan w:val="3"/>
            <w:shd w:val="clear" w:color="auto" w:fill="F4F4F4"/>
          </w:tcPr>
          <w:p w14:paraId="079E89AF" w14:textId="0689AB62" w:rsidR="007F7E84" w:rsidRPr="00243AD6" w:rsidRDefault="00000000">
            <w:pPr>
              <w:keepNext/>
              <w:rPr>
                <w:lang w:val="fr-FR"/>
              </w:rPr>
            </w:pPr>
            <w:r w:rsidRPr="00243AD6">
              <w:rPr>
                <w:sz w:val="16"/>
                <w:lang w:val="fr-FR"/>
              </w:rPr>
              <w:t xml:space="preserve"> Rapoartele de expertiză tehnică, pe cerințele fundamentale</w:t>
            </w:r>
          </w:p>
        </w:tc>
      </w:tr>
      <w:tr w:rsidR="007F7E84" w14:paraId="7814EEF7" w14:textId="77777777">
        <w:trPr>
          <w:cantSplit/>
          <w:trHeight w:val="510"/>
        </w:trPr>
        <w:tc>
          <w:tcPr>
            <w:tcW w:w="6424" w:type="dxa"/>
            <w:gridSpan w:val="2"/>
          </w:tcPr>
          <w:p w14:paraId="7F27558F" w14:textId="77777777" w:rsidR="007F7E84" w:rsidRDefault="00000000">
            <w:pPr>
              <w:keepNext/>
            </w:pPr>
            <w:r>
              <w:rPr>
                <w:b/>
                <w:color w:val="0D5F78"/>
              </w:rPr>
              <w:t>rezistență mecanică și stabilitate — nume și prenume expert tehnic / nr. certificat de expert tehnic</w:t>
            </w:r>
          </w:p>
          <w:p w14:paraId="230A5D17" w14:textId="77777777" w:rsidR="007F7E84" w:rsidRDefault="007F7E84">
            <w:pPr>
              <w:keepNext/>
            </w:pPr>
          </w:p>
        </w:tc>
        <w:tc>
          <w:tcPr>
            <w:tcW w:w="3212" w:type="dxa"/>
          </w:tcPr>
          <w:p w14:paraId="5FA204DC" w14:textId="77777777" w:rsidR="007F7E84" w:rsidRDefault="00000000">
            <w:pPr>
              <w:keepNext/>
            </w:pPr>
            <w:r>
              <w:rPr>
                <w:b/>
                <w:color w:val="0D5F78"/>
              </w:rPr>
              <w:t>Raport de expertiză nr. / data</w:t>
            </w:r>
          </w:p>
          <w:p w14:paraId="65A14D07" w14:textId="77777777" w:rsidR="007F7E84" w:rsidRDefault="007F7E84">
            <w:pPr>
              <w:keepNext/>
            </w:pPr>
          </w:p>
        </w:tc>
      </w:tr>
      <w:tr w:rsidR="007F7E84" w14:paraId="6D05B7AD" w14:textId="77777777">
        <w:trPr>
          <w:cantSplit/>
          <w:trHeight w:val="510"/>
        </w:trPr>
        <w:tc>
          <w:tcPr>
            <w:tcW w:w="6424" w:type="dxa"/>
            <w:gridSpan w:val="2"/>
          </w:tcPr>
          <w:p w14:paraId="5620695F" w14:textId="77777777" w:rsidR="007F7E84" w:rsidRPr="00243AD6" w:rsidRDefault="00000000">
            <w:pPr>
              <w:keepNext/>
              <w:rPr>
                <w:lang w:val="fr-FR"/>
              </w:rPr>
            </w:pPr>
            <w:r w:rsidRPr="00243AD6">
              <w:rPr>
                <w:b/>
                <w:color w:val="0D5F78"/>
                <w:lang w:val="fr-FR"/>
              </w:rPr>
              <w:t>securitate la incendiu — nume și prenume expert tehnic / nr. certificat de expert tehnic</w:t>
            </w:r>
          </w:p>
          <w:p w14:paraId="3477543A" w14:textId="77777777" w:rsidR="007F7E84" w:rsidRPr="00243AD6" w:rsidRDefault="007F7E84">
            <w:pPr>
              <w:keepNext/>
              <w:rPr>
                <w:lang w:val="fr-FR"/>
              </w:rPr>
            </w:pPr>
          </w:p>
        </w:tc>
        <w:tc>
          <w:tcPr>
            <w:tcW w:w="3212" w:type="dxa"/>
          </w:tcPr>
          <w:p w14:paraId="60E7126E" w14:textId="77777777" w:rsidR="007F7E84" w:rsidRDefault="00000000">
            <w:pPr>
              <w:keepNext/>
            </w:pPr>
            <w:r>
              <w:rPr>
                <w:b/>
                <w:color w:val="0D5F78"/>
              </w:rPr>
              <w:t>Raport de expertiză nr. / data</w:t>
            </w:r>
          </w:p>
          <w:p w14:paraId="1BBAEC3E" w14:textId="77777777" w:rsidR="007F7E84" w:rsidRDefault="007F7E84">
            <w:pPr>
              <w:keepNext/>
            </w:pPr>
          </w:p>
        </w:tc>
      </w:tr>
      <w:tr w:rsidR="007F7E84" w14:paraId="2B2B5D1C" w14:textId="77777777">
        <w:trPr>
          <w:cantSplit/>
          <w:trHeight w:val="510"/>
        </w:trPr>
        <w:tc>
          <w:tcPr>
            <w:tcW w:w="6424" w:type="dxa"/>
            <w:gridSpan w:val="2"/>
          </w:tcPr>
          <w:p w14:paraId="0F6447AF" w14:textId="77777777" w:rsidR="007F7E84" w:rsidRDefault="00000000">
            <w:pPr>
              <w:keepNext/>
            </w:pPr>
            <w:r>
              <w:rPr>
                <w:b/>
                <w:color w:val="0D5F78"/>
              </w:rPr>
              <w:t>igienă, sănătate și mediu înconjurător — nume și prenume expert tehnic / nr. certificat de expert tehnic</w:t>
            </w:r>
          </w:p>
          <w:p w14:paraId="151EC457" w14:textId="77777777" w:rsidR="007F7E84" w:rsidRDefault="007F7E84">
            <w:pPr>
              <w:keepNext/>
            </w:pPr>
          </w:p>
        </w:tc>
        <w:tc>
          <w:tcPr>
            <w:tcW w:w="3212" w:type="dxa"/>
          </w:tcPr>
          <w:p w14:paraId="585F072F" w14:textId="77777777" w:rsidR="007F7E84" w:rsidRDefault="00000000">
            <w:pPr>
              <w:keepNext/>
            </w:pPr>
            <w:r>
              <w:rPr>
                <w:b/>
                <w:color w:val="0D5F78"/>
              </w:rPr>
              <w:t>Raport de expertiză nr. / data</w:t>
            </w:r>
          </w:p>
          <w:p w14:paraId="50A37E26" w14:textId="77777777" w:rsidR="007F7E84" w:rsidRDefault="007F7E84">
            <w:pPr>
              <w:keepNext/>
            </w:pPr>
          </w:p>
        </w:tc>
      </w:tr>
      <w:tr w:rsidR="007F7E84" w14:paraId="4CAFB372" w14:textId="77777777">
        <w:trPr>
          <w:cantSplit/>
          <w:trHeight w:val="510"/>
        </w:trPr>
        <w:tc>
          <w:tcPr>
            <w:tcW w:w="6424" w:type="dxa"/>
            <w:gridSpan w:val="2"/>
          </w:tcPr>
          <w:p w14:paraId="399FC4D4" w14:textId="77777777" w:rsidR="007F7E84" w:rsidRDefault="00000000">
            <w:pPr>
              <w:keepNext/>
            </w:pPr>
            <w:r>
              <w:rPr>
                <w:b/>
                <w:color w:val="0D5F78"/>
              </w:rPr>
              <w:t>siguranță și accesibilitate în exploatare — nume și prenume expert tehnic / nr. certificat de expert tehnic</w:t>
            </w:r>
          </w:p>
          <w:p w14:paraId="414EC1B2" w14:textId="77777777" w:rsidR="007F7E84" w:rsidRDefault="007F7E84">
            <w:pPr>
              <w:keepNext/>
            </w:pPr>
          </w:p>
        </w:tc>
        <w:tc>
          <w:tcPr>
            <w:tcW w:w="3212" w:type="dxa"/>
          </w:tcPr>
          <w:p w14:paraId="0569AADA" w14:textId="77777777" w:rsidR="007F7E84" w:rsidRDefault="00000000">
            <w:pPr>
              <w:keepNext/>
            </w:pPr>
            <w:r>
              <w:rPr>
                <w:b/>
                <w:color w:val="0D5F78"/>
              </w:rPr>
              <w:t>Raport de expertiză nr. / data</w:t>
            </w:r>
          </w:p>
          <w:p w14:paraId="41CC10DD" w14:textId="77777777" w:rsidR="007F7E84" w:rsidRDefault="007F7E84">
            <w:pPr>
              <w:keepNext/>
            </w:pPr>
          </w:p>
        </w:tc>
      </w:tr>
      <w:tr w:rsidR="007F7E84" w14:paraId="0A8F9875" w14:textId="77777777">
        <w:trPr>
          <w:cantSplit/>
          <w:trHeight w:val="510"/>
        </w:trPr>
        <w:tc>
          <w:tcPr>
            <w:tcW w:w="6424" w:type="dxa"/>
            <w:gridSpan w:val="2"/>
          </w:tcPr>
          <w:p w14:paraId="0B83E8FF" w14:textId="77777777" w:rsidR="007F7E84" w:rsidRPr="00243AD6" w:rsidRDefault="00000000">
            <w:pPr>
              <w:keepNext/>
              <w:rPr>
                <w:lang w:val="fr-FR"/>
              </w:rPr>
            </w:pPr>
            <w:r w:rsidRPr="00243AD6">
              <w:rPr>
                <w:b/>
                <w:color w:val="0D5F78"/>
                <w:lang w:val="fr-FR"/>
              </w:rPr>
              <w:t>protecție împotriva zgomotului — nume și prenume expert tehnic / nr. certificat de expert tehnic</w:t>
            </w:r>
          </w:p>
          <w:p w14:paraId="5E8E242D" w14:textId="77777777" w:rsidR="007F7E84" w:rsidRPr="00243AD6" w:rsidRDefault="007F7E84">
            <w:pPr>
              <w:keepNext/>
              <w:rPr>
                <w:lang w:val="fr-FR"/>
              </w:rPr>
            </w:pPr>
          </w:p>
        </w:tc>
        <w:tc>
          <w:tcPr>
            <w:tcW w:w="3212" w:type="dxa"/>
          </w:tcPr>
          <w:p w14:paraId="0E0EAC44" w14:textId="77777777" w:rsidR="007F7E84" w:rsidRDefault="00000000">
            <w:pPr>
              <w:keepNext/>
            </w:pPr>
            <w:r>
              <w:rPr>
                <w:b/>
                <w:color w:val="0D5F78"/>
              </w:rPr>
              <w:t>Raport de expertiză nr. / data</w:t>
            </w:r>
          </w:p>
          <w:p w14:paraId="63F35EFA" w14:textId="77777777" w:rsidR="007F7E84" w:rsidRDefault="007F7E84">
            <w:pPr>
              <w:keepNext/>
            </w:pPr>
          </w:p>
        </w:tc>
      </w:tr>
      <w:tr w:rsidR="007F7E84" w14:paraId="1B56CA45" w14:textId="77777777">
        <w:trPr>
          <w:cantSplit/>
          <w:trHeight w:val="510"/>
        </w:trPr>
        <w:tc>
          <w:tcPr>
            <w:tcW w:w="6424" w:type="dxa"/>
            <w:gridSpan w:val="2"/>
          </w:tcPr>
          <w:p w14:paraId="41D868BE" w14:textId="77777777" w:rsidR="007F7E84" w:rsidRPr="00243AD6" w:rsidRDefault="00000000">
            <w:pPr>
              <w:keepNext/>
              <w:rPr>
                <w:lang w:val="fr-FR"/>
              </w:rPr>
            </w:pPr>
            <w:r w:rsidRPr="00243AD6">
              <w:rPr>
                <w:b/>
                <w:color w:val="0D5F78"/>
                <w:lang w:val="fr-FR"/>
              </w:rPr>
              <w:t>economie de energie și izolare termică — nume și prenume expert tehnic / nr. certificat de expert tehnic</w:t>
            </w:r>
          </w:p>
          <w:p w14:paraId="26370942" w14:textId="77777777" w:rsidR="007F7E84" w:rsidRPr="00243AD6" w:rsidRDefault="007F7E84">
            <w:pPr>
              <w:keepNext/>
              <w:rPr>
                <w:lang w:val="fr-FR"/>
              </w:rPr>
            </w:pPr>
          </w:p>
        </w:tc>
        <w:tc>
          <w:tcPr>
            <w:tcW w:w="3212" w:type="dxa"/>
          </w:tcPr>
          <w:p w14:paraId="286AE05A" w14:textId="77777777" w:rsidR="007F7E84" w:rsidRDefault="00000000">
            <w:pPr>
              <w:keepNext/>
            </w:pPr>
            <w:r>
              <w:rPr>
                <w:b/>
                <w:color w:val="0D5F78"/>
              </w:rPr>
              <w:t>Raport de expertiză nr. / data</w:t>
            </w:r>
          </w:p>
          <w:p w14:paraId="272D9917" w14:textId="77777777" w:rsidR="007F7E84" w:rsidRDefault="007F7E84">
            <w:pPr>
              <w:keepNext/>
            </w:pPr>
          </w:p>
        </w:tc>
      </w:tr>
    </w:tbl>
    <w:p w14:paraId="41CCD39B" w14:textId="77777777" w:rsidR="007F7E84"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4015"/>
        <w:gridCol w:w="3212"/>
      </w:tblGrid>
      <w:tr w:rsidR="00505208" w:rsidRPr="00505208" w14:paraId="5E935AB6" w14:textId="77777777" w:rsidTr="00273B64">
        <w:trPr>
          <w:cantSplit/>
        </w:trPr>
        <w:tc>
          <w:tcPr>
            <w:tcW w:w="9636" w:type="dxa"/>
            <w:gridSpan w:val="3"/>
            <w:shd w:val="clear" w:color="auto" w:fill="F4F4F4"/>
          </w:tcPr>
          <w:p w14:paraId="6C9D0345" w14:textId="3AEF83BC" w:rsidR="00505208" w:rsidRPr="00505208" w:rsidRDefault="00505208" w:rsidP="00273B64">
            <w:pPr>
              <w:keepNext/>
              <w:rPr>
                <w:lang w:val="fr-FR"/>
              </w:rPr>
            </w:pPr>
            <w:r>
              <w:rPr>
                <w:b/>
                <w:sz w:val="16"/>
                <w:lang w:val="fr-FR"/>
              </w:rPr>
              <w:t>7</w:t>
            </w:r>
            <w:r w:rsidRPr="00505208">
              <w:rPr>
                <w:b/>
                <w:sz w:val="16"/>
                <w:lang w:val="fr-FR"/>
              </w:rPr>
              <w:t xml:space="preserve">. </w:t>
            </w:r>
            <w:r w:rsidRPr="00505208">
              <w:rPr>
                <w:b/>
                <w:bCs/>
                <w:sz w:val="18"/>
                <w:szCs w:val="18"/>
                <w:lang w:val="fr-FR"/>
              </w:rPr>
              <w:t>RAPORT PRIVIND RESPECTAREA REGLEMENTARILOR URBANISTICE</w:t>
            </w:r>
            <w:r>
              <w:rPr>
                <w:b/>
                <w:bCs/>
                <w:sz w:val="18"/>
                <w:szCs w:val="18"/>
                <w:lang w:val="fr-FR"/>
              </w:rPr>
              <w:t>, DACĂ ESTE CAZUL</w:t>
            </w:r>
          </w:p>
        </w:tc>
      </w:tr>
      <w:tr w:rsidR="00505208" w14:paraId="39BDB772" w14:textId="77777777" w:rsidTr="00273B64">
        <w:trPr>
          <w:cantSplit/>
          <w:trHeight w:val="510"/>
        </w:trPr>
        <w:tc>
          <w:tcPr>
            <w:tcW w:w="2409" w:type="dxa"/>
          </w:tcPr>
          <w:p w14:paraId="45376674" w14:textId="77777777" w:rsidR="00505208" w:rsidRDefault="00505208" w:rsidP="00505208">
            <w:pPr>
              <w:keepNext/>
            </w:pPr>
            <w:r>
              <w:rPr>
                <w:b/>
                <w:color w:val="0D5F78"/>
              </w:rPr>
              <w:t>Elaborator</w:t>
            </w:r>
          </w:p>
          <w:p w14:paraId="20B5DC55" w14:textId="77777777" w:rsidR="00505208" w:rsidRDefault="00505208" w:rsidP="00505208">
            <w:pPr>
              <w:keepNext/>
            </w:pPr>
          </w:p>
        </w:tc>
        <w:tc>
          <w:tcPr>
            <w:tcW w:w="4015" w:type="dxa"/>
          </w:tcPr>
          <w:p w14:paraId="4281267D" w14:textId="77777777" w:rsidR="00505208" w:rsidRDefault="00505208" w:rsidP="00505208">
            <w:pPr>
              <w:keepNext/>
            </w:pPr>
            <w:r>
              <w:rPr>
                <w:b/>
                <w:color w:val="0D5F78"/>
              </w:rPr>
              <w:t>Raport nr. / data</w:t>
            </w:r>
          </w:p>
          <w:p w14:paraId="4FCC2520" w14:textId="77777777" w:rsidR="00505208" w:rsidRDefault="00505208" w:rsidP="00505208">
            <w:pPr>
              <w:keepNext/>
            </w:pPr>
          </w:p>
        </w:tc>
        <w:tc>
          <w:tcPr>
            <w:tcW w:w="3212" w:type="dxa"/>
          </w:tcPr>
          <w:p w14:paraId="753CB3B7" w14:textId="6B74F72C" w:rsidR="00505208" w:rsidRDefault="00505208" w:rsidP="00505208">
            <w:pPr>
              <w:keepNext/>
            </w:pPr>
            <w:r>
              <w:rPr>
                <w:b/>
                <w:color w:val="0D5F78"/>
              </w:rPr>
              <w:t>Nr. certificat atestare</w:t>
            </w:r>
          </w:p>
          <w:p w14:paraId="0C4E7A7D" w14:textId="3C35C112" w:rsidR="00505208" w:rsidRDefault="00505208" w:rsidP="00505208">
            <w:pPr>
              <w:keepNext/>
            </w:pPr>
          </w:p>
        </w:tc>
      </w:tr>
    </w:tbl>
    <w:p w14:paraId="2627342D" w14:textId="77777777" w:rsidR="00505208" w:rsidRDefault="00505208">
      <w:pPr>
        <w:spacing w:line="168" w:lineRule="auto"/>
        <w:rPr>
          <w:lang w:val="fr-FR"/>
        </w:rPr>
      </w:pPr>
    </w:p>
    <w:p w14:paraId="09646C57" w14:textId="77777777" w:rsidR="00505208" w:rsidRPr="00243AD6" w:rsidRDefault="00505208">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14:paraId="203198D1" w14:textId="77777777">
        <w:trPr>
          <w:cantSplit/>
        </w:trPr>
        <w:tc>
          <w:tcPr>
            <w:tcW w:w="9636" w:type="dxa"/>
            <w:shd w:val="clear" w:color="auto" w:fill="F4F4F4"/>
          </w:tcPr>
          <w:p w14:paraId="69DEB779" w14:textId="01CBBAF5" w:rsidR="007F7E84" w:rsidRDefault="00000000">
            <w:pPr>
              <w:keepNext/>
            </w:pPr>
            <w:r w:rsidRPr="00243AD6">
              <w:rPr>
                <w:b/>
                <w:sz w:val="16"/>
                <w:lang w:val="fr-FR"/>
              </w:rPr>
              <w:t xml:space="preserve"> </w:t>
            </w:r>
            <w:r w:rsidR="00505208">
              <w:rPr>
                <w:b/>
                <w:sz w:val="16"/>
              </w:rPr>
              <w:t>8</w:t>
            </w:r>
            <w:r>
              <w:rPr>
                <w:b/>
                <w:sz w:val="16"/>
              </w:rPr>
              <w:t xml:space="preserve">. </w:t>
            </w:r>
            <w:r>
              <w:rPr>
                <w:b/>
                <w:color w:val="000000"/>
                <w:sz w:val="18"/>
              </w:rPr>
              <w:t>ANEXEZ LA PREZENTA CERERE</w:t>
            </w:r>
          </w:p>
        </w:tc>
      </w:tr>
      <w:tr w:rsidR="007F7E84" w:rsidRPr="00243AD6" w14:paraId="50733968" w14:textId="77777777">
        <w:trPr>
          <w:cantSplit/>
        </w:trPr>
        <w:tc>
          <w:tcPr>
            <w:tcW w:w="9636" w:type="dxa"/>
          </w:tcPr>
          <w:p w14:paraId="29C04712" w14:textId="258E71DF" w:rsidR="007F7E84" w:rsidRPr="00243AD6" w:rsidRDefault="00000000">
            <w:pPr>
              <w:keepNext/>
              <w:rPr>
                <w:lang w:val="fr-FR"/>
              </w:rPr>
            </w:pPr>
            <w:r w:rsidRPr="00243AD6">
              <w:rPr>
                <w:sz w:val="16"/>
                <w:lang w:val="fr-FR"/>
              </w:rPr>
              <w:t>☐ a) rapoartele de expertiză tehnică pentru cerințele fundamentale</w:t>
            </w:r>
          </w:p>
        </w:tc>
      </w:tr>
      <w:tr w:rsidR="007F7E84" w:rsidRPr="00505208" w14:paraId="704050C4" w14:textId="77777777">
        <w:trPr>
          <w:cantSplit/>
        </w:trPr>
        <w:tc>
          <w:tcPr>
            <w:tcW w:w="9636" w:type="dxa"/>
          </w:tcPr>
          <w:p w14:paraId="6F6E29A3" w14:textId="2BF2E960" w:rsidR="007F7E84" w:rsidRPr="00243AD6" w:rsidRDefault="00000000">
            <w:pPr>
              <w:keepNext/>
              <w:rPr>
                <w:lang w:val="fr-FR"/>
              </w:rPr>
            </w:pPr>
            <w:r w:rsidRPr="00243AD6">
              <w:rPr>
                <w:sz w:val="16"/>
                <w:lang w:val="fr-FR"/>
              </w:rPr>
              <w:t>☐ b) documente emise de către emitenții avizelor / acordurilor (câte 1 exemplar copie):</w:t>
            </w:r>
          </w:p>
        </w:tc>
      </w:tr>
      <w:tr w:rsidR="007F7E84" w:rsidRPr="00505208" w14:paraId="5FBDD510" w14:textId="77777777">
        <w:trPr>
          <w:cantSplit/>
        </w:trPr>
        <w:tc>
          <w:tcPr>
            <w:tcW w:w="9636" w:type="dxa"/>
          </w:tcPr>
          <w:p w14:paraId="6E676776" w14:textId="77777777" w:rsidR="007F7E84" w:rsidRPr="00243AD6" w:rsidRDefault="007F7E84">
            <w:pPr>
              <w:keepNext/>
              <w:pBdr>
                <w:bottom w:val="dotted" w:sz="6" w:space="0" w:color="999999"/>
              </w:pBdr>
              <w:spacing w:after="80"/>
              <w:rPr>
                <w:lang w:val="fr-FR"/>
              </w:rPr>
            </w:pPr>
          </w:p>
          <w:p w14:paraId="0FF9083D" w14:textId="77777777" w:rsidR="007F7E84" w:rsidRPr="00243AD6" w:rsidRDefault="007F7E84">
            <w:pPr>
              <w:keepNext/>
              <w:pBdr>
                <w:bottom w:val="dotted" w:sz="6" w:space="0" w:color="999999"/>
              </w:pBdr>
              <w:spacing w:after="80"/>
              <w:rPr>
                <w:lang w:val="fr-FR"/>
              </w:rPr>
            </w:pPr>
          </w:p>
        </w:tc>
      </w:tr>
      <w:tr w:rsidR="007F7E84" w:rsidRPr="00505208" w14:paraId="7492A795" w14:textId="77777777">
        <w:trPr>
          <w:cantSplit/>
        </w:trPr>
        <w:tc>
          <w:tcPr>
            <w:tcW w:w="9636" w:type="dxa"/>
          </w:tcPr>
          <w:p w14:paraId="10A3BCE7" w14:textId="1C91C02E" w:rsidR="007F7E84" w:rsidRPr="00243AD6" w:rsidRDefault="00000000">
            <w:pPr>
              <w:keepNext/>
              <w:rPr>
                <w:lang w:val="fr-FR"/>
              </w:rPr>
            </w:pPr>
            <w:r w:rsidRPr="00243AD6">
              <w:rPr>
                <w:sz w:val="16"/>
                <w:lang w:val="fr-FR"/>
              </w:rPr>
              <w:t xml:space="preserve">☐ raport privind respectarea reglementărilor urbanistice, elaborat de </w:t>
            </w:r>
            <w:r w:rsidR="004E3C9A">
              <w:rPr>
                <w:sz w:val="16"/>
                <w:lang w:val="fr-FR"/>
              </w:rPr>
              <w:t xml:space="preserve">structura de specialitate / de </w:t>
            </w:r>
            <w:r w:rsidRPr="00243AD6">
              <w:rPr>
                <w:sz w:val="16"/>
                <w:lang w:val="fr-FR"/>
              </w:rPr>
              <w:t>specialist cu drept de semnătură în domeniul urbanismului, d</w:t>
            </w:r>
            <w:r w:rsidR="004E3C9A">
              <w:rPr>
                <w:sz w:val="16"/>
                <w:lang w:val="fr-FR"/>
              </w:rPr>
              <w:t>upă</w:t>
            </w:r>
            <w:r w:rsidRPr="00243AD6">
              <w:rPr>
                <w:sz w:val="16"/>
                <w:lang w:val="fr-FR"/>
              </w:rPr>
              <w:t xml:space="preserve"> caz</w:t>
            </w:r>
          </w:p>
        </w:tc>
      </w:tr>
      <w:tr w:rsidR="007F7E84" w:rsidRPr="00505208" w14:paraId="17E8F375" w14:textId="77777777">
        <w:trPr>
          <w:cantSplit/>
        </w:trPr>
        <w:tc>
          <w:tcPr>
            <w:tcW w:w="9636" w:type="dxa"/>
          </w:tcPr>
          <w:p w14:paraId="0702B0EA" w14:textId="77777777" w:rsidR="004E3C9A" w:rsidRDefault="00000000">
            <w:pPr>
              <w:rPr>
                <w:sz w:val="16"/>
                <w:lang w:val="fr-FR"/>
              </w:rPr>
            </w:pPr>
            <w:r w:rsidRPr="00243AD6">
              <w:rPr>
                <w:sz w:val="16"/>
                <w:lang w:val="fr-FR"/>
              </w:rPr>
              <w:t xml:space="preserve"> ☐ extras de carte funciară actualizat     </w:t>
            </w:r>
          </w:p>
          <w:p w14:paraId="5DA3E17B" w14:textId="76685374" w:rsidR="004E3C9A" w:rsidRDefault="004E3C9A">
            <w:pPr>
              <w:rPr>
                <w:sz w:val="16"/>
                <w:lang w:val="fr-FR"/>
              </w:rPr>
            </w:pPr>
            <w:r>
              <w:rPr>
                <w:sz w:val="16"/>
                <w:lang w:val="fr-FR"/>
              </w:rPr>
              <w:t xml:space="preserve"> </w:t>
            </w:r>
            <w:r w:rsidRPr="00243AD6">
              <w:rPr>
                <w:sz w:val="16"/>
                <w:lang w:val="fr-FR"/>
              </w:rPr>
              <w:t>☐ documentația P.A.C. (2 exemplare</w:t>
            </w:r>
            <w:r>
              <w:rPr>
                <w:sz w:val="16"/>
                <w:lang w:val="fr-FR"/>
              </w:rPr>
              <w:t xml:space="preserve"> sau 1 exemplar original, în format letric, acolo unde autoritatea are posibilitatea de a arhiva în format digital</w:t>
            </w:r>
            <w:r w:rsidRPr="005B29C5">
              <w:rPr>
                <w:sz w:val="16"/>
                <w:lang w:val="fr-FR"/>
              </w:rPr>
              <w:t>)</w:t>
            </w:r>
            <w:r w:rsidRPr="00243AD6">
              <w:rPr>
                <w:sz w:val="16"/>
                <w:lang w:val="fr-FR"/>
              </w:rPr>
              <w:t xml:space="preserve">)     </w:t>
            </w:r>
          </w:p>
          <w:p w14:paraId="3933EBC7" w14:textId="1B568958" w:rsidR="007F7E84" w:rsidRPr="00243AD6" w:rsidRDefault="004E3C9A">
            <w:pPr>
              <w:rPr>
                <w:lang w:val="fr-FR"/>
              </w:rPr>
            </w:pPr>
            <w:r>
              <w:rPr>
                <w:sz w:val="16"/>
                <w:lang w:val="fr-FR"/>
              </w:rPr>
              <w:t xml:space="preserve"> </w:t>
            </w:r>
            <w:r w:rsidRPr="00243AD6">
              <w:rPr>
                <w:sz w:val="16"/>
                <w:lang w:val="fr-FR"/>
              </w:rPr>
              <w:t>☐ dovada achitării taxelor     ☐ împuternicirea, dacă este cazul</w:t>
            </w:r>
          </w:p>
        </w:tc>
      </w:tr>
    </w:tbl>
    <w:p w14:paraId="5ED091E4"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7F7E84" w:rsidRPr="00505208" w14:paraId="11400331" w14:textId="77777777">
        <w:trPr>
          <w:cantSplit/>
        </w:trPr>
        <w:tc>
          <w:tcPr>
            <w:tcW w:w="9636" w:type="dxa"/>
          </w:tcPr>
          <w:p w14:paraId="0279AF20" w14:textId="77777777" w:rsidR="007F7E84" w:rsidRPr="00243AD6" w:rsidRDefault="00000000">
            <w:pPr>
              <w:spacing w:line="228" w:lineRule="auto"/>
              <w:rPr>
                <w:lang w:val="fr-FR"/>
              </w:rPr>
            </w:pPr>
            <w:r w:rsidRPr="00243AD6">
              <w:rPr>
                <w:i/>
                <w:sz w:val="17"/>
                <w:lang w:val="fr-FR"/>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5FC73ADB" w14:textId="77777777" w:rsidR="007F7E84" w:rsidRPr="00243AD6" w:rsidRDefault="007F7E84">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7F7E84" w14:paraId="5120060E" w14:textId="77777777">
        <w:trPr>
          <w:cantSplit/>
        </w:trPr>
        <w:tc>
          <w:tcPr>
            <w:tcW w:w="9636" w:type="dxa"/>
            <w:gridSpan w:val="3"/>
            <w:shd w:val="clear" w:color="auto" w:fill="F4F4F4"/>
          </w:tcPr>
          <w:p w14:paraId="7929BC0C" w14:textId="675280A9" w:rsidR="007F7E84" w:rsidRDefault="00000000">
            <w:pPr>
              <w:keepNext/>
            </w:pPr>
            <w:r w:rsidRPr="00243AD6">
              <w:rPr>
                <w:b/>
                <w:sz w:val="16"/>
                <w:lang w:val="fr-FR"/>
              </w:rPr>
              <w:t xml:space="preserve"> </w:t>
            </w:r>
            <w:r w:rsidR="00505208">
              <w:rPr>
                <w:b/>
                <w:sz w:val="16"/>
              </w:rPr>
              <w:t>9</w:t>
            </w:r>
            <w:r>
              <w:rPr>
                <w:b/>
                <w:sz w:val="16"/>
              </w:rPr>
              <w:t xml:space="preserve">. </w:t>
            </w:r>
            <w:r>
              <w:rPr>
                <w:b/>
                <w:color w:val="000000"/>
                <w:sz w:val="18"/>
              </w:rPr>
              <w:t>DATA ȘI SEMNĂTURA</w:t>
            </w:r>
          </w:p>
        </w:tc>
      </w:tr>
      <w:tr w:rsidR="007F7E84" w14:paraId="5853197D" w14:textId="77777777">
        <w:trPr>
          <w:cantSplit/>
          <w:trHeight w:val="510"/>
        </w:trPr>
        <w:tc>
          <w:tcPr>
            <w:tcW w:w="1606" w:type="dxa"/>
          </w:tcPr>
          <w:p w14:paraId="54951DED" w14:textId="77777777" w:rsidR="007F7E84" w:rsidRDefault="00000000">
            <w:r>
              <w:rPr>
                <w:b/>
                <w:color w:val="0D5F78"/>
              </w:rPr>
              <w:t>Data</w:t>
            </w:r>
          </w:p>
          <w:p w14:paraId="77A9FAF1" w14:textId="77777777" w:rsidR="007F7E84" w:rsidRDefault="007F7E84"/>
        </w:tc>
        <w:tc>
          <w:tcPr>
            <w:tcW w:w="4818" w:type="dxa"/>
          </w:tcPr>
          <w:p w14:paraId="4F0CD454" w14:textId="77777777" w:rsidR="007F7E84" w:rsidRDefault="00000000">
            <w:r>
              <w:rPr>
                <w:b/>
                <w:color w:val="0D5F78"/>
              </w:rPr>
              <w:t>Solicitantul</w:t>
            </w:r>
          </w:p>
          <w:p w14:paraId="3A3A8032" w14:textId="77777777" w:rsidR="007F7E84" w:rsidRDefault="007F7E84"/>
        </w:tc>
        <w:tc>
          <w:tcPr>
            <w:tcW w:w="3212" w:type="dxa"/>
          </w:tcPr>
          <w:p w14:paraId="7154C44B" w14:textId="77777777" w:rsidR="007F7E84" w:rsidRDefault="00000000">
            <w:r>
              <w:rPr>
                <w:b/>
                <w:color w:val="0D5F78"/>
              </w:rPr>
              <w:t>Semnătura</w:t>
            </w:r>
          </w:p>
          <w:p w14:paraId="5BFB720C" w14:textId="77777777" w:rsidR="007F7E84" w:rsidRDefault="007F7E84"/>
        </w:tc>
      </w:tr>
    </w:tbl>
    <w:p w14:paraId="0705B62B" w14:textId="77777777" w:rsidR="007F7E84" w:rsidRDefault="007F7E84">
      <w:pPr>
        <w:spacing w:line="168" w:lineRule="auto"/>
      </w:pPr>
    </w:p>
    <w:sectPr w:rsidR="007F7E84"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50113" w14:textId="77777777" w:rsidR="00BF1A07" w:rsidRDefault="00BF1A07">
      <w:r>
        <w:separator/>
      </w:r>
    </w:p>
  </w:endnote>
  <w:endnote w:type="continuationSeparator" w:id="0">
    <w:p w14:paraId="4007BBD5" w14:textId="77777777" w:rsidR="00BF1A07" w:rsidRDefault="00BF1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84EE5" w14:textId="23249E35" w:rsidR="007F7E84" w:rsidRDefault="00000000">
    <w:pPr>
      <w:pStyle w:val="Subsol"/>
      <w:tabs>
        <w:tab w:val="right" w:pos="9639"/>
      </w:tabs>
    </w:pPr>
    <w:r>
      <w:rPr>
        <w:color w:val="595959"/>
      </w:rPr>
      <w:t>F_A</w:t>
    </w:r>
    <w:r w:rsidR="00243AD6">
      <w:rPr>
        <w:color w:val="595959"/>
      </w:rPr>
      <w:t>R</w:t>
    </w:r>
    <w:r>
      <w:rPr>
        <w:color w:val="595959"/>
      </w:rPr>
      <w:t>_</w:t>
    </w:r>
    <w:r w:rsidR="00243AD6">
      <w:rPr>
        <w:color w:val="595959"/>
      </w:rPr>
      <w:t>01</w:t>
    </w:r>
    <w:r>
      <w:rPr>
        <w:color w:val="595959"/>
      </w:rPr>
      <w:t xml:space="preserve">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243AD6">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243AD6">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56B6B" w14:textId="77777777" w:rsidR="00BF1A07" w:rsidRDefault="00BF1A07">
      <w:r>
        <w:separator/>
      </w:r>
    </w:p>
  </w:footnote>
  <w:footnote w:type="continuationSeparator" w:id="0">
    <w:p w14:paraId="4AE0EB29" w14:textId="77777777" w:rsidR="00BF1A07" w:rsidRDefault="00BF1A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182206165">
    <w:abstractNumId w:val="8"/>
  </w:num>
  <w:num w:numId="2" w16cid:durableId="1664625976">
    <w:abstractNumId w:val="6"/>
  </w:num>
  <w:num w:numId="3" w16cid:durableId="1480270489">
    <w:abstractNumId w:val="5"/>
  </w:num>
  <w:num w:numId="4" w16cid:durableId="706568692">
    <w:abstractNumId w:val="4"/>
  </w:num>
  <w:num w:numId="5" w16cid:durableId="604533105">
    <w:abstractNumId w:val="7"/>
  </w:num>
  <w:num w:numId="6" w16cid:durableId="201866563">
    <w:abstractNumId w:val="3"/>
  </w:num>
  <w:num w:numId="7" w16cid:durableId="249168426">
    <w:abstractNumId w:val="2"/>
  </w:num>
  <w:num w:numId="8" w16cid:durableId="2051372481">
    <w:abstractNumId w:val="1"/>
  </w:num>
  <w:num w:numId="9" w16cid:durableId="1912606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8"/>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3AD6"/>
    <w:rsid w:val="0029639D"/>
    <w:rsid w:val="0031113E"/>
    <w:rsid w:val="00326F90"/>
    <w:rsid w:val="00411853"/>
    <w:rsid w:val="0041750F"/>
    <w:rsid w:val="004E3C9A"/>
    <w:rsid w:val="00505208"/>
    <w:rsid w:val="006816CD"/>
    <w:rsid w:val="006C103E"/>
    <w:rsid w:val="007F7E84"/>
    <w:rsid w:val="00AA1D8D"/>
    <w:rsid w:val="00B47730"/>
    <w:rsid w:val="00BF1A07"/>
    <w:rsid w:val="00CB0664"/>
    <w:rsid w:val="00E61A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53665"/>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635</Words>
  <Characters>3623</Characters>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2026-08-24T16:40:00Z</dcterms:modified>
  <cp:category/>
</cp:coreProperties>
</file>